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Youth program registration form</w:t>
      </w:r>
    </w:p>
    <w:p>
      <w:r>
        <w:t>Please fill out one form for each child.</w:t>
      </w:r>
    </w:p>
    <w:p>
      <w:pPr>
        <w:pStyle w:val="Heading2"/>
      </w:pPr>
      <w:r>
        <w:t>Program</w:t>
      </w:r>
    </w:p>
    <w:p>
      <w:r>
        <w:t>Program name: ________________________________________________</w:t>
      </w:r>
    </w:p>
    <w:p>
      <w:r>
        <w:t>Session, weeks or days attending: ____________________________</w:t>
      </w:r>
    </w:p>
    <w:p>
      <w:r>
        <w:t>Start date: __________________________________________________</w:t>
      </w:r>
    </w:p>
    <w:p>
      <w:pPr>
        <w:pStyle w:val="Heading2"/>
      </w:pPr>
      <w:r>
        <w:t>Child</w:t>
      </w:r>
    </w:p>
    <w:p>
      <w:r>
        <w:t>Full name: ___________________________________________________</w:t>
      </w:r>
    </w:p>
    <w:p>
      <w:r>
        <w:t>Name they go by: _____________________________________________</w:t>
      </w:r>
    </w:p>
    <w:p>
      <w:r>
        <w:t>Date of birth: _______________________________________________</w:t>
      </w:r>
    </w:p>
    <w:p>
      <w:r>
        <w:t>Grade in fall 20__: __________________________________________</w:t>
      </w:r>
    </w:p>
    <w:p>
      <w:r>
        <w:t>School: ______________________________________________________</w:t>
      </w:r>
    </w:p>
    <w:p>
      <w:r>
        <w:t>Language spoken at home: _____________________________________</w:t>
      </w:r>
    </w:p>
    <w:p>
      <w:pPr>
        <w:pStyle w:val="Heading2"/>
      </w:pPr>
      <w:r>
        <w:t>Parent or guardian 1</w:t>
      </w:r>
    </w:p>
    <w:p>
      <w:r>
        <w:t>Name: ________________________________________________________</w:t>
      </w:r>
    </w:p>
    <w:p>
      <w:r>
        <w:t>Relationship to child: _______________________________________</w:t>
      </w:r>
    </w:p>
    <w:p>
      <w:r>
        <w:t>Cell phone: __________________________________________________</w:t>
      </w:r>
    </w:p>
    <w:p>
      <w:r>
        <w:t>Email: _______________________________________________________</w:t>
      </w:r>
    </w:p>
    <w:p>
      <w:r>
        <w:t>Address: _____________________________________________________</w:t>
      </w:r>
    </w:p>
    <w:p>
      <w:pPr>
        <w:pStyle w:val="Heading2"/>
      </w:pPr>
      <w:r>
        <w:t>Parent or guardian 2</w:t>
      </w:r>
    </w:p>
    <w:p>
      <w:r>
        <w:t>Name: ________________________________________________________</w:t>
      </w:r>
    </w:p>
    <w:p>
      <w:r>
        <w:t>Relationship to child: _______________________________________</w:t>
      </w:r>
    </w:p>
    <w:p>
      <w:r>
        <w:t>Cell phone: __________________________________________________</w:t>
      </w:r>
    </w:p>
    <w:p>
      <w:r>
        <w:t>Email: _______________________________________________________</w:t>
      </w:r>
    </w:p>
    <w:p>
      <w:r>
        <w:t>Address (if different): ______________________________________</w:t>
      </w:r>
    </w:p>
    <w:p>
      <w:pPr>
        <w:pStyle w:val="Heading2"/>
      </w:pPr>
      <w:r>
        <w:t>Emergency contacts (other than parents)</w:t>
      </w:r>
    </w:p>
    <w:p>
      <w:r>
        <w:t>An emergency contact can pick up your child only if they're also listed under authorized pickup.</w:t>
      </w:r>
    </w:p>
    <w:p>
      <w:r>
        <w:t>Name, relationship, phone: ___________________________________</w:t>
      </w:r>
    </w:p>
    <w:p>
      <w:r>
        <w:t>Name, relationship, phone: ___________________________________</w:t>
      </w:r>
    </w:p>
    <w:p>
      <w:pPr>
        <w:pStyle w:val="Heading2"/>
      </w:pPr>
      <w:r>
        <w:t>Authorized pickup (other than parents or guardians)</w:t>
      </w:r>
    </w:p>
    <w:p>
      <w:r>
        <w:t>Name, relationship, phone: ___________________________________</w:t>
      </w:r>
    </w:p>
    <w:p>
      <w:r>
        <w:t>Name, relationship, phone: ___________________________________</w:t>
      </w:r>
    </w:p>
    <w:p>
      <w:r>
        <w:t>Name, relationship, phone: ___________________________________</w:t>
      </w:r>
    </w:p>
    <w:p>
      <w:r>
        <w:t>Anyone who may NOT pick up this child (if it's a parent or legal guardian, attach a copy of the court order; without one, we may not be able to refuse pickup)</w:t>
        <w:br/>
        <w:t>______________________________________________________________________</w:t>
      </w:r>
    </w:p>
    <w:p>
      <w:pPr>
        <w:pStyle w:val="Heading2"/>
      </w:pPr>
      <w:r>
        <w:t>Health</w:t>
      </w:r>
    </w:p>
    <w:p>
      <w:r>
        <w:t>Allergies (and how serious): _________________________________</w:t>
      </w:r>
    </w:p>
    <w:p>
      <w:r>
        <w:t>Medications (note any that staff must give during the program)</w:t>
        <w:br/>
        <w:t>______________________________________________________________________</w:t>
      </w:r>
    </w:p>
    <w:p>
      <w:r>
        <w:t>Medical conditions staff should know about: __________________</w:t>
      </w:r>
    </w:p>
    <w:p>
      <w:r>
        <w:t>Doctor's name and phone: _____________________________________</w:t>
      </w:r>
    </w:p>
    <w:p>
      <w:r>
        <w:t>Health insurance company and policy or member ID</w:t>
        <w:br/>
        <w:t>______________________________________________________________________</w:t>
      </w:r>
    </w:p>
    <w:p>
      <w:pPr>
        <w:pStyle w:val="Heading2"/>
      </w:pPr>
      <w:r>
        <w:t>Permissions</w:t>
      </w:r>
    </w:p>
    <w:p>
      <w:r>
        <w:t>Check each one you agree to. Leave a box blank to say no. If we give you a separate photo release, your answers there are the ones we'll follow.</w:t>
      </w:r>
    </w:p>
    <w:p>
      <w:r>
        <w:t>☐  The program may use photos and video of my child in newsletters and reports</w:t>
      </w:r>
    </w:p>
    <w:p>
      <w:r>
        <w:t>☐  The program may use photos and video of my child on its website and social media</w:t>
      </w:r>
    </w:p>
    <w:p>
      <w:r>
        <w:t>☐  My child may go on field trips</w:t>
      </w:r>
    </w:p>
    <w:p>
      <w:r>
        <w:t>☐  My child may swim (staff may give a swim test first)</w:t>
      </w:r>
    </w:p>
    <w:p>
      <w:r>
        <w:t>☐  Staff may apply sunscreen and bug spray</w:t>
      </w:r>
    </w:p>
    <w:p>
      <w:r>
        <w:t>Swimming ability (non-swimmer, beginner, intermediate or strong swimmer)</w:t>
        <w:br/>
        <w:t>______________________________________________________________________</w:t>
      </w:r>
    </w:p>
    <w:p>
      <w:pPr>
        <w:pStyle w:val="Heading2"/>
      </w:pPr>
      <w:r>
        <w:t>Payment</w:t>
      </w:r>
    </w:p>
    <w:p>
      <w:r>
        <w:t>Need help paying? Ask us for our separate scholarship application.</w:t>
      </w:r>
    </w:p>
    <w:p>
      <w:r>
        <w:t>Program fee: _________________________________________________</w:t>
      </w:r>
    </w:p>
    <w:p>
      <w:r>
        <w:t>Deposit paid: ________________________________________________</w:t>
      </w:r>
    </w:p>
    <w:p>
      <w:r>
        <w:t>Payment plan (dates and amounts): ____________________________</w:t>
      </w:r>
    </w:p>
    <w:p>
      <w:pPr>
        <w:pStyle w:val="Heading2"/>
      </w:pPr>
      <w:r>
        <w:t>Agreement</w:t>
      </w:r>
    </w:p>
    <w:p>
      <w:r>
        <w:t>In an emergency, staff will call 911 if needed and contact me as soon as they can. If they can't reach me, I authorize program staff to get emergency medical care for my child, including ambulance transport and treatment by a doctor or hospital, and to share this form with the medical staff who treat my child.</w:t>
      </w:r>
    </w:p>
    <w:p>
      <w:r>
        <w:t>Parent or guardian's printed name: ___________________________</w:t>
      </w:r>
    </w:p>
    <w:p>
      <w:r>
        <w:t>I have received, read and agree to the program's policies, including the refund policy, and I give the emergency care consent in this section. Parent or guardian signature</w:t>
        <w:br/>
        <w:t>______________________________________________________________________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 program registration form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