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Formulario de inscripción para programas juveniles</w:t>
      </w:r>
    </w:p>
    <w:p>
      <w:r>
        <w:t>Por favor, llene un formulario por cada niño.</w:t>
      </w:r>
    </w:p>
    <w:p>
      <w:pPr>
        <w:pStyle w:val="Heading2"/>
      </w:pPr>
      <w:r>
        <w:t>Programa</w:t>
      </w:r>
    </w:p>
    <w:p>
      <w:r>
        <w:t>Nombre del programa: _________________________________________</w:t>
      </w:r>
    </w:p>
    <w:p>
      <w:r>
        <w:t>Sesión, semanas o días a los que asistirá: ___________________</w:t>
      </w:r>
    </w:p>
    <w:p>
      <w:r>
        <w:t>Fecha de inicio: _____________________________________________</w:t>
      </w:r>
    </w:p>
    <w:p>
      <w:pPr>
        <w:pStyle w:val="Heading2"/>
      </w:pPr>
      <w:r>
        <w:t>Datos del niño</w:t>
      </w:r>
    </w:p>
    <w:p>
      <w:r>
        <w:t>Nombre completo: _____________________________________________</w:t>
      </w:r>
    </w:p>
    <w:p>
      <w:r>
        <w:t>Nombre que prefiere usar: ____________________________________</w:t>
      </w:r>
    </w:p>
    <w:p>
      <w:r>
        <w:t>Fecha de nacimiento: _________________________________________</w:t>
      </w:r>
    </w:p>
    <w:p>
      <w:r>
        <w:t>Grado escolar que cursará en el otoño de 20__: _______________</w:t>
      </w:r>
    </w:p>
    <w:p>
      <w:r>
        <w:t>Escuela: _____________________________________________________</w:t>
      </w:r>
    </w:p>
    <w:p>
      <w:r>
        <w:t>Idioma que se habla en casa: _________________________________</w:t>
      </w:r>
    </w:p>
    <w:p>
      <w:pPr>
        <w:pStyle w:val="Heading2"/>
      </w:pPr>
      <w:r>
        <w:t>Padre, madre o tutor 1</w:t>
      </w:r>
    </w:p>
    <w:p>
      <w:r>
        <w:t>Nombre: ______________________________________________________</w:t>
      </w:r>
    </w:p>
    <w:p>
      <w:r>
        <w:t>Relación con el niño: ________________________________________</w:t>
      </w:r>
    </w:p>
    <w:p>
      <w:r>
        <w:t>Celular: _____________________________________________________</w:t>
      </w:r>
    </w:p>
    <w:p>
      <w:r>
        <w:t>Correo electrónico: __________________________________________</w:t>
      </w:r>
    </w:p>
    <w:p>
      <w:r>
        <w:t>Dirección: ___________________________________________________</w:t>
      </w:r>
    </w:p>
    <w:p>
      <w:pPr>
        <w:pStyle w:val="Heading2"/>
      </w:pPr>
      <w:r>
        <w:t>Padre, madre o tutor 2</w:t>
      </w:r>
    </w:p>
    <w:p>
      <w:r>
        <w:t>Nombre: ______________________________________________________</w:t>
      </w:r>
    </w:p>
    <w:p>
      <w:r>
        <w:t>Relación con el niño: ________________________________________</w:t>
      </w:r>
    </w:p>
    <w:p>
      <w:r>
        <w:t>Celular: _____________________________________________________</w:t>
      </w:r>
    </w:p>
    <w:p>
      <w:r>
        <w:t>Correo electrónico: __________________________________________</w:t>
      </w:r>
    </w:p>
    <w:p>
      <w:r>
        <w:t>Dirección (si es diferente): _________________________________</w:t>
      </w:r>
    </w:p>
    <w:p>
      <w:pPr>
        <w:pStyle w:val="Heading2"/>
      </w:pPr>
      <w:r>
        <w:t>Contactos de emergencia (que no sean los padres)</w:t>
      </w:r>
    </w:p>
    <w:p>
      <w:r>
        <w:t>Un contacto de emergencia solo puede recoger al niño si también aparece en la lista de personas autorizadas.</w:t>
      </w:r>
    </w:p>
    <w:p>
      <w:r>
        <w:t>Nombre, relación con el niño, teléfono: ______________________</w:t>
      </w:r>
    </w:p>
    <w:p>
      <w:r>
        <w:t>Nombre, relación con el niño, teléfono: ______________________</w:t>
      </w:r>
    </w:p>
    <w:p>
      <w:pPr>
        <w:pStyle w:val="Heading2"/>
      </w:pPr>
      <w:r>
        <w:t>Personas autorizadas para recoger al niño (aparte de los padres o tutores)</w:t>
      </w:r>
    </w:p>
    <w:p>
      <w:r>
        <w:t>Nombre, relación con el niño, teléfono: ______________________</w:t>
      </w:r>
    </w:p>
    <w:p>
      <w:r>
        <w:t>Nombre, relación con el niño, teléfono: ______________________</w:t>
      </w:r>
    </w:p>
    <w:p>
      <w:r>
        <w:t>Nombre, relación con el niño, teléfono: ______________________</w:t>
      </w:r>
    </w:p>
    <w:p>
      <w:r>
        <w:t>Personas que NO pueden recoger a este niño (si es el padre, la madre o un tutor legal, adjunte una copia de la orden judicial; sin ella, es posible que no podamos impedir que recoja al niño)</w:t>
        <w:br/>
        <w:t>______________________________________________________________________</w:t>
      </w:r>
    </w:p>
    <w:p>
      <w:pPr>
        <w:pStyle w:val="Heading2"/>
      </w:pPr>
      <w:r>
        <w:t>Salud</w:t>
      </w:r>
    </w:p>
    <w:p>
      <w:r>
        <w:t>Alergias (y qué tan graves son): _____________________________</w:t>
      </w:r>
    </w:p>
    <w:p>
      <w:r>
        <w:t>Medicamentos (indique cuáles debe darle el personal durante el programa)</w:t>
        <w:br/>
        <w:t>______________________________________________________________________</w:t>
      </w:r>
    </w:p>
    <w:p>
      <w:r>
        <w:t>Condiciones médicas que el personal debe conocer</w:t>
        <w:br/>
        <w:t>______________________________________________________________________</w:t>
      </w:r>
    </w:p>
    <w:p>
      <w:r>
        <w:t>Nombre y teléfono del médico: ________________________________</w:t>
      </w:r>
    </w:p>
    <w:p>
      <w:r>
        <w:t>Seguro médico o Medicaid y número de póliza o de afiliado (“Member ID” en la tarjeta)</w:t>
        <w:br/>
        <w:t>______________________________________________________________________</w:t>
      </w:r>
    </w:p>
    <w:p>
      <w:pPr>
        <w:pStyle w:val="Heading2"/>
      </w:pPr>
      <w:r>
        <w:t>Permisos</w:t>
      </w:r>
    </w:p>
    <w:p>
      <w:r>
        <w:t>Marque cada opción que acepta. Deje la casilla en blanco para decir que no. Si el programa le da una autorización de fotos aparte, esa es la que se usará.</w:t>
      </w:r>
    </w:p>
    <w:p>
      <w:r>
        <w:t>☐  El programa puede usar fotos y videos de mi hijo en boletines e informes</w:t>
      </w:r>
    </w:p>
    <w:p>
      <w:r>
        <w:t>☐  El programa puede usar fotos y videos de mi hijo en su sitio web y en sus redes sociales</w:t>
      </w:r>
    </w:p>
    <w:p>
      <w:r>
        <w:t>☐  Mi hijo puede ir a excursiones</w:t>
      </w:r>
    </w:p>
    <w:p>
      <w:r>
        <w:t>☐  Mi hijo puede nadar (es posible que el personal primero le haga una prueba de natación)</w:t>
      </w:r>
    </w:p>
    <w:p>
      <w:r>
        <w:t>☐  El personal puede ponerle protector solar y repelente de insectos</w:t>
      </w:r>
    </w:p>
    <w:p>
      <w:r>
        <w:t>Nivel de natación (no sabe nadar, principiante, intermedio o avanzado)</w:t>
        <w:br/>
        <w:t>______________________________________________________________________</w:t>
      </w:r>
    </w:p>
    <w:p>
      <w:pPr>
        <w:pStyle w:val="Heading2"/>
      </w:pPr>
      <w:r>
        <w:t>Pago</w:t>
      </w:r>
    </w:p>
    <w:p>
      <w:r>
        <w:t>¿Necesita ayuda para pagar? Pídanos nuestra solicitud de beca, que es un formulario aparte.</w:t>
      </w:r>
    </w:p>
    <w:p>
      <w:r>
        <w:t>Costo del programa: __________________________________________</w:t>
      </w:r>
    </w:p>
    <w:p>
      <w:r>
        <w:t>Depósito pagado: _____________________________________________</w:t>
      </w:r>
    </w:p>
    <w:p>
      <w:r>
        <w:t>Plan de pagos (fechas y montos): _____________________________</w:t>
      </w:r>
    </w:p>
    <w:p>
      <w:pPr>
        <w:pStyle w:val="Heading2"/>
      </w:pPr>
      <w:r>
        <w:t>Acuerdo</w:t>
      </w:r>
    </w:p>
    <w:p>
      <w:r>
        <w:t>En una emergencia, el personal llamará al 911 si es necesario y se comunicará conmigo lo antes posible. Si no logran comunicarse conmigo, autorizo al personal del programa a obtener atención médica de emergencia para mi hijo, incluidos el traslado en ambulancia y el tratamiento por parte de un médico o un hospital, y a compartir este formulario con el personal médico que atienda a mi hijo.</w:t>
      </w:r>
    </w:p>
    <w:p>
      <w:r>
        <w:t>Nombre del padre, madre o tutor (en letra de molde)</w:t>
        <w:br/>
        <w:t>______________________________________________________________________</w:t>
      </w:r>
    </w:p>
    <w:p>
      <w:r>
        <w:t>Recibí y leí las políticas del programa, incluida la política de reembolsos, y estoy de acuerdo con ellas. También doy la autorización para atención médica de emergencia de esta sección. Firma del padre, madre o tutor</w:t>
        <w:br/>
        <w:t>______________________________________________________________________</w:t>
      </w:r>
    </w:p>
    <w:p>
      <w:r>
        <w:t>Fecha: _______________________________________________________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inscripción para programas juveniles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