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Volunteer application</w:t>
      </w:r>
    </w:p>
    <w:p>
      <w:r>
        <w:t>Thank you for offering to help! Everyone who volunteers with children at [Program name] fills out this application. Depending on the role, we may also ask for a background check and training before you start.</w:t>
      </w:r>
    </w:p>
    <w:p>
      <w:pPr>
        <w:pStyle w:val="Heading2"/>
      </w:pPr>
      <w:r>
        <w:t>About you</w:t>
      </w:r>
    </w:p>
    <w:p>
      <w:r>
        <w:t>Full name: ___________________________________________________</w:t>
      </w:r>
    </w:p>
    <w:p>
      <w:r>
        <w:t>Cell phone: __________________________________________________</w:t>
      </w:r>
    </w:p>
    <w:p>
      <w:r>
        <w:t>Email: _______________________________________________________</w:t>
      </w:r>
    </w:p>
    <w:p>
      <w:r>
        <w:t>Address: _____________________________________________________</w:t>
      </w:r>
    </w:p>
    <w:p>
      <w:r>
        <w:t>If you're under 18, your age and school: _____________________</w:t>
      </w:r>
    </w:p>
    <w:p>
      <w:pPr>
        <w:pStyle w:val="Heading2"/>
      </w:pPr>
      <w:r>
        <w:t>Your connection to the program</w:t>
      </w:r>
    </w:p>
    <w:p>
      <w:r>
        <w:t>Your children in the program (if any): _______________________</w:t>
      </w:r>
    </w:p>
    <w:p>
      <w:r>
        <w:t>How did you hear about volunteering with us?: ________________</w:t>
      </w:r>
    </w:p>
    <w:p>
      <w:pPr>
        <w:pStyle w:val="Heading2"/>
      </w:pPr>
      <w:r>
        <w:t>How you'd like to help</w:t>
      </w:r>
    </w:p>
    <w:p>
      <w:r>
        <w:t>Check all that interest you.</w:t>
      </w:r>
    </w:p>
    <w:p>
      <w:r>
        <w:t>☐  Field trip chaperone</w:t>
      </w:r>
    </w:p>
    <w:p>
      <w:r>
        <w:t>☐  Classroom or activity helper</w:t>
      </w:r>
    </w:p>
    <w:p>
      <w:r>
        <w:t>☐  Special events</w:t>
      </w:r>
    </w:p>
    <w:p>
      <w:r>
        <w:t>☐  Coaching or teaching a skill</w:t>
      </w:r>
    </w:p>
    <w:p>
      <w:r>
        <w:t>☐  Office help or fundraising</w:t>
      </w:r>
    </w:p>
    <w:p>
      <w:r>
        <w:t>☐  Driving (we'll ask for a driver's license and proof of insurance)</w:t>
      </w:r>
    </w:p>
    <w:p>
      <w:r>
        <w:t>Other: _______________________________________________________</w:t>
      </w:r>
    </w:p>
    <w:p>
      <w:pPr>
        <w:pStyle w:val="Heading2"/>
      </w:pPr>
      <w:r>
        <w:t>Availability</w:t>
      </w:r>
    </w:p>
    <w:p>
      <w:r>
        <w:t>Days and times you're available: _____________________________</w:t>
      </w:r>
    </w:p>
    <w:p>
      <w:r>
        <w:t>Date you could start: ________________________________________</w:t>
      </w:r>
    </w:p>
    <w:p>
      <w:pPr>
        <w:pStyle w:val="Heading2"/>
      </w:pPr>
      <w:r>
        <w:t>Experience and skills</w:t>
      </w:r>
    </w:p>
    <w:p>
      <w:r>
        <w:t>Experience working with children: ____________________________</w:t>
      </w:r>
    </w:p>
    <w:p>
      <w:r>
        <w:t>Skills, languages or certifications (such as first aid or CPR)</w:t>
        <w:br/>
        <w:t>______________________________________________________________________</w:t>
      </w:r>
    </w:p>
    <w:p>
      <w:r>
        <w:t>Anything you'd need from us to volunteer comfortably (optional)</w:t>
        <w:br/>
        <w:t>______________________________________________________________________</w:t>
      </w:r>
    </w:p>
    <w:p>
      <w:pPr>
        <w:pStyle w:val="Heading2"/>
      </w:pPr>
      <w:r>
        <w:t>References</w:t>
      </w:r>
    </w:p>
    <w:p>
      <w:r>
        <w:t>Two adults who aren't related to you and who've seen you with children or at work.</w:t>
      </w:r>
    </w:p>
    <w:p>
      <w:r>
        <w:t>Name, relationship, phone: ___________________________________</w:t>
      </w:r>
    </w:p>
    <w:p>
      <w:r>
        <w:t>Name, relationship, phone: ___________________________________</w:t>
      </w:r>
    </w:p>
    <w:p>
      <w:pPr>
        <w:pStyle w:val="Heading2"/>
      </w:pPr>
      <w:r>
        <w:t>Background</w:t>
      </w:r>
    </w:p>
    <w:p>
      <w:r>
        <w:t>A yes answer doesn't automatically rule you out.</w:t>
      </w:r>
    </w:p>
    <w:p>
      <w:r>
        <w:t>Have you ever been convicted of a crime, other than minor traffic violations? If yes, please explain.</w:t>
        <w:br/>
        <w:t>______________________________________________________________________</w:t>
      </w:r>
    </w:p>
    <w:p>
      <w:r>
        <w:t>Has a child protection agency ever found that you abused or neglected a child, or are you listed on any child abuse or sex offender registry? If yes, please explain.</w:t>
        <w:br/>
        <w:t>______________________________________________________________________</w:t>
      </w:r>
    </w:p>
    <w:p>
      <w:pPr>
        <w:pStyle w:val="Heading2"/>
      </w:pPr>
      <w:r>
        <w:t>Agreements</w:t>
      </w:r>
    </w:p>
    <w:p>
      <w:r>
        <w:t>Please read and check each one.</w:t>
      </w:r>
    </w:p>
    <w:p>
      <w:r>
        <w:t>☐  I agree to a background check if my role requires one, and I'll fill out the separate consent form</w:t>
      </w:r>
    </w:p>
    <w:p>
      <w:r>
        <w:t>☐  I'll follow the program's child protection rules, including never being alone with a child out of sight of staff</w:t>
      </w:r>
    </w:p>
    <w:p>
      <w:r>
        <w:t>☐  I'll keep information about children and families private</w:t>
      </w:r>
    </w:p>
    <w:p>
      <w:r>
        <w:t>☐  I'll complete any training the program requires before I start</w:t>
      </w:r>
    </w:p>
    <w:p>
      <w:r>
        <w:t>☐  I'll tell [director] right away if I see or suspect abuse or neglect, and I'll report it to the authorities as state law requires</w:t>
      </w:r>
    </w:p>
    <w:p>
      <w:pPr>
        <w:pStyle w:val="Heading2"/>
      </w:pPr>
      <w:r>
        <w:t>Signature</w:t>
      </w:r>
    </w:p>
    <w:p>
      <w:r>
        <w:t>The information on this application is true. I understand the program may check my references and may decide not to accept me as a volunteer.</w:t>
      </w:r>
    </w:p>
    <w:p>
      <w:r>
        <w:t>Printed name: ________________________________________________</w:t>
      </w:r>
    </w:p>
    <w:p>
      <w:r>
        <w:t>Signature: ___________________________________________________</w:t>
      </w:r>
    </w:p>
    <w:p>
      <w:r>
        <w:t>Date: ________________________________________________________</w:t>
      </w:r>
    </w:p>
    <w:p>
      <w:r>
        <w:t>Parent or guardian signature (if the volunteer is under 18)</w:t>
        <w:br/>
        <w:t>______________________________________________________________________</w:t>
      </w:r>
    </w:p>
    <w:p>
      <w:pPr>
        <w:pStyle w:val="Heading2"/>
      </w:pPr>
      <w:r>
        <w:t>For office use only</w:t>
      </w:r>
    </w:p>
    <w:p>
      <w:r>
        <w:t>References checked (by whom and date): _______________________</w:t>
      </w:r>
    </w:p>
    <w:p>
      <w:r>
        <w:t>Background check cleared (date): _____________________________</w:t>
      </w:r>
    </w:p>
    <w:p>
      <w:r>
        <w:t>Training completed (date): ___________________________________</w:t>
      </w:r>
    </w:p>
    <w:p>
      <w:r>
        <w:t>Approved for (roles), approved by and date: 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