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Solicitud para voluntarios</w:t>
      </w:r>
    </w:p>
    <w:p>
      <w:r>
        <w:t>¡Gracias por ofrecerse a ayudar! Todas las personas que trabajan como voluntarias con niños en [nombre del programa] llenan esta solicitud. Según la función, es posible que también tenga que pasar una verificación de antecedentes y tomar una capacitación antes de empezar.</w:t>
      </w:r>
    </w:p>
    <w:p>
      <w:pPr>
        <w:pStyle w:val="Heading2"/>
      </w:pPr>
      <w:r>
        <w:t>Sus datos</w:t>
      </w:r>
    </w:p>
    <w:p>
      <w:r>
        <w:t>Nombre completo: _____________________________________________</w:t>
      </w:r>
    </w:p>
    <w:p>
      <w:r>
        <w:t>Celular: _____________________________________________________</w:t>
      </w:r>
    </w:p>
    <w:p>
      <w:r>
        <w:t>Correo electrónico: __________________________________________</w:t>
      </w:r>
    </w:p>
    <w:p>
      <w:r>
        <w:t>Dirección: ___________________________________________________</w:t>
      </w:r>
    </w:p>
    <w:p>
      <w:r>
        <w:t>Si es menor de 18 años, su edad y escuela: ___________________</w:t>
      </w:r>
    </w:p>
    <w:p>
      <w:pPr>
        <w:pStyle w:val="Heading2"/>
      </w:pPr>
      <w:r>
        <w:t>Su relación con el programa</w:t>
      </w:r>
    </w:p>
    <w:p>
      <w:r>
        <w:t>Sus hijos en el programa (si tiene): _________________________</w:t>
      </w:r>
    </w:p>
    <w:p>
      <w:r>
        <w:t>¿Cómo se enteró de que buscamos voluntarios?: ________________</w:t>
      </w:r>
    </w:p>
    <w:p>
      <w:pPr>
        <w:pStyle w:val="Heading2"/>
      </w:pPr>
      <w:r>
        <w:t>Cómo le gustaría ayudar</w:t>
      </w:r>
    </w:p>
    <w:p>
      <w:r>
        <w:t>Marque todas las que le interesen.</w:t>
      </w:r>
    </w:p>
    <w:p>
      <w:r>
        <w:t>☐  Acompañante en excursiones</w:t>
      </w:r>
    </w:p>
    <w:p>
      <w:r>
        <w:t>☐  Ayudante en el salón o en las actividades</w:t>
      </w:r>
    </w:p>
    <w:p>
      <w:r>
        <w:t>☐  Eventos especiales</w:t>
      </w:r>
    </w:p>
    <w:p>
      <w:r>
        <w:t>☐  Entrenar o enseñar una habilidad</w:t>
      </w:r>
    </w:p>
    <w:p>
      <w:r>
        <w:t>☐  Ayuda en la oficina o recaudación de fondos</w:t>
      </w:r>
    </w:p>
    <w:p>
      <w:r>
        <w:t>☐  Manejar (le pediremos su licencia de conducir y un comprobante de seguro)</w:t>
      </w:r>
    </w:p>
    <w:p>
      <w:r>
        <w:t>Otro: ________________________________________________________</w:t>
      </w:r>
    </w:p>
    <w:p>
      <w:pPr>
        <w:pStyle w:val="Heading2"/>
      </w:pPr>
      <w:r>
        <w:t>Disponibilidad</w:t>
      </w:r>
    </w:p>
    <w:p>
      <w:r>
        <w:t>Días y horarios en que está disponible: ______________________</w:t>
      </w:r>
    </w:p>
    <w:p>
      <w:r>
        <w:t>Fecha en que podría empezar: _________________________________</w:t>
      </w:r>
    </w:p>
    <w:p>
      <w:pPr>
        <w:pStyle w:val="Heading2"/>
      </w:pPr>
      <w:r>
        <w:t>Experiencia y habilidades</w:t>
      </w:r>
    </w:p>
    <w:p>
      <w:r>
        <w:t>Experiencia trabajando con niños: ____________________________</w:t>
      </w:r>
    </w:p>
    <w:p>
      <w:r>
        <w:t>Habilidades, idiomas o certificaciones (como primeros auxilios o RCP)</w:t>
        <w:br/>
        <w:t>______________________________________________________________________</w:t>
      </w:r>
    </w:p>
    <w:p>
      <w:r>
        <w:t>Cualquier cosa que necesite de nosotros para hacer su voluntariado con comodidad (opcional)</w:t>
        <w:br/>
        <w:t>______________________________________________________________________</w:t>
      </w:r>
    </w:p>
    <w:p>
      <w:pPr>
        <w:pStyle w:val="Heading2"/>
      </w:pPr>
      <w:r>
        <w:t>Referencias</w:t>
      </w:r>
    </w:p>
    <w:p>
      <w:r>
        <w:t>Dos adultos que no sean sus familiares y que hayan visto cómo se desempeña con niños o en el trabajo.</w:t>
      </w:r>
    </w:p>
    <w:p>
      <w:r>
        <w:t>Nombre, relación con usted, teléfono: ________________________</w:t>
      </w:r>
    </w:p>
    <w:p>
      <w:r>
        <w:t>Nombre, relación con usted, teléfono: ________________________</w:t>
      </w:r>
    </w:p>
    <w:p>
      <w:pPr>
        <w:pStyle w:val="Heading2"/>
      </w:pPr>
      <w:r>
        <w:t>Antecedentes</w:t>
      </w:r>
    </w:p>
    <w:p>
      <w:r>
        <w:t>Responder que sí no lo descalifica automáticamente.</w:t>
      </w:r>
    </w:p>
    <w:p>
      <w:r>
        <w:t>¿Alguna vez ha recibido una condena por un delito, que no sea una infracción de tránsito menor? Si es así, explique.</w:t>
        <w:br/>
        <w:t>______________________________________________________________________</w:t>
      </w:r>
    </w:p>
    <w:p>
      <w:r>
        <w:t>¿Alguna vez una agencia de protección infantil determinó que usted cometió abuso o negligencia contra un niño, o aparece usted en algún registro de abuso infantil o de delincuentes sexuales? Si es así, explique.</w:t>
        <w:br/>
        <w:t>______________________________________________________________________</w:t>
      </w:r>
    </w:p>
    <w:p>
      <w:pPr>
        <w:pStyle w:val="Heading2"/>
      </w:pPr>
      <w:r>
        <w:t>Compromisos</w:t>
      </w:r>
    </w:p>
    <w:p>
      <w:r>
        <w:t>Por favor, lea y marque cada uno.</w:t>
      </w:r>
    </w:p>
    <w:p>
      <w:r>
        <w:t>☐  Acepto que se me haga una verificación de antecedentes si mi función lo requiere, y llenaré el formulario de consentimiento aparte</w:t>
      </w:r>
    </w:p>
    <w:p>
      <w:r>
        <w:t>☐  Seguiré las reglas de protección infantil del programa, incluida la de nunca quedarme a solas con un niño fuera de la vista del personal</w:t>
      </w:r>
    </w:p>
    <w:p>
      <w:r>
        <w:t>☐  Mantendré en privado la información sobre los niños y las familias</w:t>
      </w:r>
    </w:p>
    <w:p>
      <w:r>
        <w:t>☐  Completaré cualquier capacitación que el programa exija antes de empezar</w:t>
      </w:r>
    </w:p>
    <w:p>
      <w:r>
        <w:t>☐  Le avisaré de inmediato a [director(a)] si veo o sospecho abuso o negligencia, y lo reportaré a las autoridades según lo exija la ley del estado</w:t>
      </w:r>
    </w:p>
    <w:p>
      <w:pPr>
        <w:pStyle w:val="Heading2"/>
      </w:pPr>
      <w:r>
        <w:t>Firma</w:t>
      </w:r>
    </w:p>
    <w:p>
      <w:r>
        <w:t>La información de esta solicitud es verdadera y completa. Entiendo que el programa puede verificar mis referencias y puede decidir no aceptarme como voluntario.</w:t>
      </w:r>
    </w:p>
    <w:p>
      <w:r>
        <w:t>Nombre en letra de molde: ____________________________________</w:t>
      </w:r>
    </w:p>
    <w:p>
      <w:r>
        <w:t>Firma: _______________________________________________________</w:t>
      </w:r>
    </w:p>
    <w:p>
      <w:r>
        <w:t>Fecha: _______________________________________________________</w:t>
      </w:r>
    </w:p>
    <w:p>
      <w:r>
        <w:t>Firma del padre, madre o tutor (si el voluntario es menor de 18 años)</w:t>
        <w:br/>
        <w:t>______________________________________________________________________</w:t>
      </w:r>
    </w:p>
    <w:p>
      <w:pPr>
        <w:pStyle w:val="Heading2"/>
      </w:pPr>
      <w:r>
        <w:t>Solo para uso de la oficina</w:t>
      </w:r>
    </w:p>
    <w:p>
      <w:r>
        <w:t>Referencias verificadas (por quién y fecha): _________________</w:t>
      </w:r>
    </w:p>
    <w:p>
      <w:r>
        <w:t>Verificación de antecedentes aprobada (fecha): _______________</w:t>
      </w:r>
    </w:p>
    <w:p>
      <w:r>
        <w:t>Capacitación completada (fecha): _____________________________</w:t>
      </w:r>
    </w:p>
    <w:p>
      <w:r>
        <w:t>Aprobado para (funciones), aprobado por y fecha</w:t>
        <w:br/>
        <w:t>______________________________________________________________________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para voluntarios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