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VBS registration form</w:t>
      </w:r>
    </w:p>
    <w:p>
      <w:r>
        <w:t>Vacation Bible school at [church name], [dates], [times]. Please fill out one form for each child.</w:t>
      </w:r>
    </w:p>
    <w:p>
      <w:pPr>
        <w:pStyle w:val="Heading2"/>
      </w:pPr>
      <w:r>
        <w:t>Child</w:t>
      </w:r>
    </w:p>
    <w:p>
      <w:r>
        <w:t>Full name: ___________________________________________________</w:t>
      </w:r>
    </w:p>
    <w:p>
      <w:r>
        <w:t>Name they go by: _____________________________________________</w:t>
      </w:r>
    </w:p>
    <w:p>
      <w:r>
        <w:t>Date of birth: _______________________________________________</w:t>
      </w:r>
    </w:p>
    <w:p>
      <w:r>
        <w:t>Grade completed this spring: _________________________________</w:t>
      </w:r>
    </w:p>
    <w:p>
      <w:r>
        <w:t>T-shirt size (if a shirt is included): _______________________</w:t>
      </w:r>
    </w:p>
    <w:p>
      <w:r>
        <w:t>Friend they'd like to be grouped with: _______________________</w:t>
      </w:r>
    </w:p>
    <w:p>
      <w:pPr>
        <w:pStyle w:val="Heading2"/>
      </w:pPr>
      <w:r>
        <w:t>Parent or guardian</w:t>
      </w:r>
    </w:p>
    <w:p>
      <w:r>
        <w:t>Name: ________________________________________________________</w:t>
      </w:r>
    </w:p>
    <w:p>
      <w:r>
        <w:t>Cell phone: __________________________________________________</w:t>
      </w:r>
    </w:p>
    <w:p>
      <w:r>
        <w:t>Email: _______________________________________________________</w:t>
      </w:r>
    </w:p>
    <w:p>
      <w:r>
        <w:t>Address: _____________________________________________________</w:t>
      </w:r>
    </w:p>
    <w:p>
      <w:r>
        <w:t>Home church, if any: _________________________________________</w:t>
      </w:r>
    </w:p>
    <w:p>
      <w:pPr>
        <w:pStyle w:val="Heading2"/>
      </w:pPr>
      <w:r>
        <w:t>Emergency contact (other than parents)</w:t>
      </w:r>
    </w:p>
    <w:p>
      <w:r>
        <w:t>Name, relationship, phone: ___________________________________</w:t>
      </w:r>
    </w:p>
    <w:p>
      <w:pPr>
        <w:pStyle w:val="Heading2"/>
      </w:pPr>
      <w:r>
        <w:t>Pickup</w:t>
      </w:r>
    </w:p>
    <w:p>
      <w:r>
        <w:t>Adults who may pick up this child (name, relationship, phone)</w:t>
        <w:br/>
        <w:t>______________________________________________________________________</w:t>
      </w:r>
    </w:p>
    <w:p>
      <w:r>
        <w:t>Anyone who may NOT pick up this child (if it's a parent or legal guardian, attach a copy of the court order)</w:t>
        <w:br/>
        <w:t>______________________________________________________________________</w:t>
      </w:r>
    </w:p>
    <w:p>
      <w:pPr>
        <w:pStyle w:val="Heading2"/>
      </w:pPr>
      <w:r>
        <w:t>Health</w:t>
      </w:r>
    </w:p>
    <w:p>
      <w:r>
        <w:t>Food allergies (we serve snacks): ____________________________</w:t>
      </w:r>
    </w:p>
    <w:p>
      <w:r>
        <w:t>Other allergies or medical conditions: _______________________</w:t>
      </w:r>
    </w:p>
    <w:p>
      <w:r>
        <w:t>Anything that helps your child have a good week</w:t>
        <w:br/>
        <w:t>______________________________________________________________________</w:t>
      </w:r>
    </w:p>
    <w:p>
      <w:pPr>
        <w:pStyle w:val="Heading2"/>
      </w:pPr>
      <w:r>
        <w:t>Permissions</w:t>
      </w:r>
    </w:p>
    <w:p>
      <w:r>
        <w:t>☐  The church may use photos of my child in church newsletters and slides</w:t>
      </w:r>
    </w:p>
    <w:p>
      <w:r>
        <w:t>☐  The church may use photos of my child on its website and social media</w:t>
      </w:r>
    </w:p>
    <w:p>
      <w:r>
        <w:t>☐  Staff may give my child the snack we serve</w:t>
      </w:r>
    </w:p>
    <w:p>
      <w:pPr>
        <w:pStyle w:val="Heading2"/>
      </w:pPr>
      <w:r>
        <w:t>Volunteer</w:t>
      </w:r>
    </w:p>
    <w:p>
      <w:r>
        <w:t>☐  I'd like to help at VBS (we'll contact you about background checks and training)</w:t>
      </w:r>
    </w:p>
    <w:p>
      <w:r>
        <w:t>Days and roles you could help with: __________________________</w:t>
      </w:r>
    </w:p>
    <w:p>
      <w:pPr>
        <w:pStyle w:val="Heading2"/>
      </w:pPr>
      <w:r>
        <w:t>Emergency care consent</w:t>
      </w:r>
    </w:p>
    <w:p>
      <w:r>
        <w:t>In an emergency, staff may call 911. If staff can't reach me, I authorize them to get emergency medical care for my child.</w:t>
      </w:r>
    </w:p>
    <w:p>
      <w:pPr>
        <w:pStyle w:val="Heading2"/>
      </w:pPr>
      <w:r>
        <w:t>Signature</w:t>
      </w:r>
    </w:p>
    <w:p>
      <w:r>
        <w:t>Parent or guardian printed name: _____________________________</w:t>
      </w:r>
    </w:p>
    <w:p>
      <w:r>
        <w:t>Parent or guardian signature: 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VBS registration form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