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Staff training checklist</w:t>
      </w:r>
    </w:p>
    <w:p>
      <w:r>
        <w:t>Use one checklist for each staff member. Check each item when it's done and add the date and the trainer's initials. Keep this checklist and any certificates in the staff file. New staff finish [child protection, emergency procedures and pickup procedures] before working with children.</w:t>
      </w:r>
    </w:p>
    <w:p>
      <w:pPr>
        <w:pStyle w:val="Heading2"/>
      </w:pPr>
      <w:r>
        <w:t>Staff member</w:t>
      </w:r>
    </w:p>
    <w:p>
      <w:r>
        <w:t>Name: ________________________________________________________</w:t>
      </w:r>
    </w:p>
    <w:p>
      <w:r>
        <w:t>Position: ____________________________________________________</w:t>
      </w:r>
    </w:p>
    <w:p>
      <w:r>
        <w:t>Start date: __________________________________________________</w:t>
      </w:r>
    </w:p>
    <w:p>
      <w:r>
        <w:t>Trainer or supervisor: _______________________________________</w:t>
      </w:r>
    </w:p>
    <w:p>
      <w:pPr>
        <w:pStyle w:val="Heading2"/>
      </w:pPr>
      <w:r>
        <w:t>Orientation</w:t>
      </w:r>
    </w:p>
    <w:p>
      <w:r>
        <w:t>☐  Mission, program schedule and daily routines</w:t>
      </w:r>
    </w:p>
    <w:p>
      <w:r>
        <w:t>☐  Tour of the site, including exits, meeting spots and first aid kits</w:t>
      </w:r>
    </w:p>
    <w:p>
      <w:r>
        <w:t>☐  Staff handbook received and signed</w:t>
      </w:r>
    </w:p>
    <w:p>
      <w:r>
        <w:t>☐  Job description reviewed</w:t>
      </w:r>
    </w:p>
    <w:p>
      <w:r>
        <w:t>☐  Dress code, phone use and social media rules</w:t>
      </w:r>
    </w:p>
    <w:p>
      <w:r>
        <w:t>☐  Who to ask for help and how to call in sick</w:t>
      </w:r>
    </w:p>
    <w:p>
      <w:r>
        <w:t>Date and trainer's initials: _________________________________</w:t>
      </w:r>
    </w:p>
    <w:p>
      <w:pPr>
        <w:pStyle w:val="Heading2"/>
      </w:pPr>
      <w:r>
        <w:t>Child protection</w:t>
      </w:r>
    </w:p>
    <w:p>
      <w:r>
        <w:t>☐  Child protection policy, including no one-on-one time out of sight of other adults</w:t>
      </w:r>
    </w:p>
    <w:p>
      <w:r>
        <w:t>☐  Appropriate touch, language and boundaries, including phones and social media</w:t>
      </w:r>
    </w:p>
    <w:p>
      <w:r>
        <w:t>☐  Signs of abuse and neglect</w:t>
      </w:r>
    </w:p>
    <w:p>
      <w:r>
        <w:t>☐  Supervision: headcounts, transitions, bathrooms and field trips</w:t>
      </w:r>
    </w:p>
    <w:p>
      <w:r>
        <w:t>Background check cleared (date): _____________________________</w:t>
      </w:r>
    </w:p>
    <w:p>
      <w:r>
        <w:t>Date and trainer's initials: _________________________________</w:t>
      </w:r>
    </w:p>
    <w:p>
      <w:pPr>
        <w:pStyle w:val="Heading2"/>
      </w:pPr>
      <w:r>
        <w:t>Mandated reporting</w:t>
      </w:r>
    </w:p>
    <w:p>
      <w:r>
        <w:t>☐  Who must report suspected abuse or neglect under our state's rules</w:t>
      </w:r>
    </w:p>
    <w:p>
      <w:r>
        <w:t>☐  What to do when a child tells you something (listen, don't promise secrecy and don't investigate)</w:t>
      </w:r>
    </w:p>
    <w:p>
      <w:r>
        <w:t>☐  How, where and how fast to report: [state hotline or website]</w:t>
      </w:r>
    </w:p>
    <w:p>
      <w:r>
        <w:t>☐  Our internal steps: [who to tell and what to write down]</w:t>
      </w:r>
    </w:p>
    <w:p>
      <w:r>
        <w:t>Date and trainer's initials: _________________________________</w:t>
      </w:r>
    </w:p>
    <w:p>
      <w:pPr>
        <w:pStyle w:val="Heading2"/>
      </w:pPr>
      <w:r>
        <w:t>Emergency procedures</w:t>
      </w:r>
    </w:p>
    <w:p>
      <w:r>
        <w:t>☐  Fire and evacuation routes, meeting spots and drills</w:t>
      </w:r>
    </w:p>
    <w:p>
      <w:r>
        <w:t>☐  Severe weather and shelter areas</w:t>
      </w:r>
    </w:p>
    <w:p>
      <w:r>
        <w:t>☐  Lockdown and shelter in place</w:t>
      </w:r>
    </w:p>
    <w:p>
      <w:r>
        <w:t>☐  Missing child steps</w:t>
      </w:r>
    </w:p>
    <w:p>
      <w:r>
        <w:t>☐  Medical emergencies and when to call 911</w:t>
      </w:r>
    </w:p>
    <w:p>
      <w:r>
        <w:t>☐  Reunification site and how children are released</w:t>
      </w:r>
    </w:p>
    <w:p>
      <w:r>
        <w:t>Date and trainer's initials: _________________________________</w:t>
      </w:r>
    </w:p>
    <w:p>
      <w:pPr>
        <w:pStyle w:val="Heading2"/>
      </w:pPr>
      <w:r>
        <w:t>Medication</w:t>
      </w:r>
    </w:p>
    <w:p>
      <w:r>
        <w:t>☐  Medication policy and where medicine is stored</w:t>
      </w:r>
    </w:p>
    <w:p>
      <w:r>
        <w:t>☐  Giving and recording medicine, with the five checks: right child, medicine, dose, time and way</w:t>
      </w:r>
    </w:p>
    <w:p>
      <w:r>
        <w:t>☐  Epinephrine auto-injectors and inhalers</w:t>
      </w:r>
    </w:p>
    <w:p>
      <w:r>
        <w:t>☐  Allergy roster and food safety</w:t>
      </w:r>
    </w:p>
    <w:p>
      <w:r>
        <w:t>Date and trainer's initials: _________________________________</w:t>
      </w:r>
    </w:p>
    <w:p>
      <w:pPr>
        <w:pStyle w:val="Heading2"/>
      </w:pPr>
      <w:r>
        <w:t>First aid and CPR</w:t>
      </w:r>
    </w:p>
    <w:p>
      <w:r>
        <w:t>☐  First aid kit and AED locations</w:t>
      </w:r>
    </w:p>
    <w:p>
      <w:r>
        <w:t>☐  Gloves and cleaning up blood and body fluids</w:t>
      </w:r>
    </w:p>
    <w:p>
      <w:r>
        <w:t>☐  Incident and accident reports</w:t>
      </w:r>
    </w:p>
    <w:p>
      <w:r>
        <w:t>First aid certified (date and expiration): ___________________</w:t>
      </w:r>
    </w:p>
    <w:p>
      <w:r>
        <w:t>CPR certified (date and expiration): _________________________</w:t>
      </w:r>
    </w:p>
    <w:p>
      <w:r>
        <w:t>Date and trainer's initials: _________________________________</w:t>
      </w:r>
    </w:p>
    <w:p>
      <w:pPr>
        <w:pStyle w:val="Heading2"/>
      </w:pPr>
      <w:r>
        <w:t>Behavior guidance</w:t>
      </w:r>
    </w:p>
    <w:p>
      <w:r>
        <w:t>☐  Code of conduct and the steps when rules are broken</w:t>
      </w:r>
    </w:p>
    <w:p>
      <w:r>
        <w:t>☐  Positive guidance: clear expectations, praise and redirection</w:t>
      </w:r>
    </w:p>
    <w:p>
      <w:r>
        <w:t>☐  Helping an upset child calm down</w:t>
      </w:r>
    </w:p>
    <w:p>
      <w:r>
        <w:t>☐  Never allowed: physical punishment, shaming, threats or withholding food</w:t>
      </w:r>
    </w:p>
    <w:p>
      <w:r>
        <w:t>☐  When to call the director</w:t>
      </w:r>
    </w:p>
    <w:p>
      <w:r>
        <w:t>Date and trainer's initials: _________________________________</w:t>
      </w:r>
    </w:p>
    <w:p>
      <w:pPr>
        <w:pStyle w:val="Heading2"/>
      </w:pPr>
      <w:r>
        <w:t>Pickup procedures</w:t>
      </w:r>
    </w:p>
    <w:p>
      <w:r>
        <w:t>☐  Sign-in and sign-out sheet</w:t>
      </w:r>
    </w:p>
    <w:p>
      <w:r>
        <w:t>☐  Authorized pickup lists and checking photo ID</w:t>
      </w:r>
    </w:p>
    <w:p>
      <w:r>
        <w:t>☐  Court orders and adults who may not pick up</w:t>
      </w:r>
    </w:p>
    <w:p>
      <w:r>
        <w:t>☐  Late pickup steps</w:t>
      </w:r>
    </w:p>
    <w:p>
      <w:r>
        <w:t>☐  What to do if an adult seems impaired or unsafe to drive</w:t>
      </w:r>
    </w:p>
    <w:p>
      <w:r>
        <w:t>Date and trainer's initials: _________________________________</w:t>
      </w:r>
    </w:p>
    <w:p>
      <w:pPr>
        <w:pStyle w:val="Heading2"/>
      </w:pPr>
      <w:r>
        <w:t>Confidentiality</w:t>
      </w:r>
    </w:p>
    <w:p>
      <w:r>
        <w:t>☐  Keeping children's health and family information private</w:t>
      </w:r>
    </w:p>
    <w:p>
      <w:r>
        <w:t>☐  No photos or details of children on personal social media</w:t>
      </w:r>
    </w:p>
    <w:p>
      <w:r>
        <w:t>☐  The photo release list and which children can't be photographed</w:t>
      </w:r>
    </w:p>
    <w:p>
      <w:r>
        <w:t>☐  Where records are kept and who can see them</w:t>
      </w:r>
    </w:p>
    <w:p>
      <w:r>
        <w:t>Date and trainer's initials: _________________________________</w:t>
      </w:r>
    </w:p>
    <w:p>
      <w:pPr>
        <w:pStyle w:val="Heading2"/>
      </w:pPr>
      <w:r>
        <w:t>Other training for your program</w:t>
      </w:r>
    </w:p>
    <w:p>
      <w:r>
        <w:t>Swimming and water safety (if offered) and date</w:t>
        <w:br/>
        <w:t>______________________________________________________________________</w:t>
      </w:r>
    </w:p>
    <w:p>
      <w:r>
        <w:t>Driving and transportation (if staff drive) and date</w:t>
        <w:br/>
        <w:t>______________________________________________________________________</w:t>
      </w:r>
    </w:p>
    <w:p>
      <w:r>
        <w:t>Other topic and date: ________________________________________</w:t>
      </w:r>
    </w:p>
    <w:p>
      <w:r>
        <w:t>Other topic and date: ________________________________________</w:t>
      </w:r>
    </w:p>
    <w:p>
      <w:pPr>
        <w:pStyle w:val="Heading2"/>
      </w:pPr>
      <w:r>
        <w:t>Sign-off</w:t>
      </w:r>
    </w:p>
    <w:p>
      <w:r>
        <w:t>I've completed the training checked above, and I'll follow these policies.</w:t>
      </w:r>
    </w:p>
    <w:p>
      <w:r>
        <w:t>Staff printed name: __________________________________________</w:t>
      </w:r>
    </w:p>
    <w:p>
      <w:r>
        <w:t>Staff signature and date: ____________________________________</w:t>
      </w:r>
    </w:p>
    <w:p>
      <w:r>
        <w:t>Supervisor signature and date: 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training checklist</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