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Staff reference check form</w:t>
      </w:r>
    </w:p>
    <w:p>
      <w:r>
        <w:t>Call each reference yourself. Ask the same questions for every candidate, and write down what you hear, not your impressions.</w:t>
      </w:r>
    </w:p>
    <w:p>
      <w:pPr>
        <w:pStyle w:val="Heading2"/>
      </w:pPr>
      <w:r>
        <w:t>Candidate</w:t>
      </w:r>
    </w:p>
    <w:p>
      <w:r>
        <w:t>Candidate's name: ____________________________________________</w:t>
      </w:r>
    </w:p>
    <w:p>
      <w:r>
        <w:t>Position: ____________________________________________________</w:t>
      </w:r>
    </w:p>
    <w:p>
      <w:r>
        <w:t>Checked by: __________________________________________________</w:t>
      </w:r>
    </w:p>
    <w:p>
      <w:r>
        <w:t>Date: ________________________________________________________</w:t>
      </w:r>
    </w:p>
    <w:p>
      <w:pPr>
        <w:pStyle w:val="Heading2"/>
      </w:pPr>
      <w:r>
        <w:t>Reference</w:t>
      </w:r>
    </w:p>
    <w:p>
      <w:r>
        <w:t>Name: ________________________________________________________</w:t>
      </w:r>
    </w:p>
    <w:p>
      <w:r>
        <w:t>Organization: ________________________________________________</w:t>
      </w:r>
    </w:p>
    <w:p>
      <w:r>
        <w:t>Relationship to the candidate: _______________________________</w:t>
      </w:r>
    </w:p>
    <w:p>
      <w:r>
        <w:t>How long and when they worked together: ______________________</w:t>
      </w:r>
    </w:p>
    <w:p>
      <w:r>
        <w:t>Phone or email: ______________________________________________</w:t>
      </w:r>
    </w:p>
    <w:p>
      <w:pPr>
        <w:pStyle w:val="Heading2"/>
      </w:pPr>
      <w:r>
        <w:t>Questions</w:t>
      </w:r>
    </w:p>
    <w:p>
      <w:r>
        <w:t>What was the candidate's role, and what did they do day to day?</w:t>
        <w:br/>
        <w:t>______________________________________________________________________</w:t>
      </w:r>
    </w:p>
    <w:p>
      <w:r>
        <w:t>Did they work with children? What ages, and how did they handle the group?</w:t>
        <w:br/>
        <w:t>______________________________________________________________________</w:t>
      </w:r>
    </w:p>
    <w:p>
      <w:r>
        <w:t>Tell me about a time they handled a difficult situation with a child or a parent.</w:t>
        <w:br/>
        <w:t>______________________________________________________________________</w:t>
      </w:r>
    </w:p>
    <w:p>
      <w:r>
        <w:t>How reliable were they about showing up on time and following rules?</w:t>
        <w:br/>
        <w:t>______________________________________________________________________</w:t>
      </w:r>
    </w:p>
    <w:p>
      <w:r>
        <w:t>How did they work with other staff and take feedback?</w:t>
        <w:br/>
        <w:t>______________________________________________________________________</w:t>
      </w:r>
    </w:p>
    <w:p>
      <w:r>
        <w:t>Is there anything that would concern you about them working with children?</w:t>
        <w:br/>
        <w:t>______________________________________________________________________</w:t>
      </w:r>
    </w:p>
    <w:p>
      <w:r>
        <w:t>Would you hire them again? Why or why not?: __________________</w:t>
      </w:r>
    </w:p>
    <w:p>
      <w:pPr>
        <w:pStyle w:val="Heading2"/>
      </w:pPr>
      <w:r>
        <w:t>Result</w:t>
      </w:r>
    </w:p>
    <w:p>
      <w:r>
        <w:t>☐  Recommends</w:t>
      </w:r>
    </w:p>
    <w:p>
      <w:r>
        <w:t>☐  Recommends with concerns (explain below)</w:t>
      </w:r>
    </w:p>
    <w:p>
      <w:r>
        <w:t>☐  Doesn't recommend</w:t>
      </w:r>
    </w:p>
    <w:p>
      <w:r>
        <w:t>☐  Couldn't reach after two tries</w:t>
      </w:r>
    </w:p>
    <w:p>
      <w:r>
        <w:t>Notes: _______________________________________________________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reference check form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