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Scholarship application</w:t>
      </w:r>
    </w:p>
    <w:p>
      <w:r>
        <w:t>Your answers are private. Only the people who review scholarships will see them. We'll let you know our decision by: ____________</w:t>
      </w:r>
    </w:p>
    <w:p>
      <w:pPr>
        <w:pStyle w:val="Heading2"/>
      </w:pPr>
      <w:r>
        <w:t>Family</w:t>
      </w:r>
    </w:p>
    <w:p>
      <w:r>
        <w:t>Parent or guardian name: _____________________________________</w:t>
      </w:r>
    </w:p>
    <w:p>
      <w:r>
        <w:t>Phone and email: _____________________________________________</w:t>
      </w:r>
    </w:p>
    <w:p>
      <w:r>
        <w:t>Children applying (names and ages): __________________________</w:t>
      </w:r>
    </w:p>
    <w:p>
      <w:pPr>
        <w:pStyle w:val="Heading2"/>
      </w:pPr>
      <w:r>
        <w:t>Programs</w:t>
      </w:r>
    </w:p>
    <w:p>
      <w:r>
        <w:t>Program and session for each child: __________________________</w:t>
      </w:r>
    </w:p>
    <w:p>
      <w:r>
        <w:t>Full price for each child: ___________________________________</w:t>
      </w:r>
    </w:p>
    <w:p>
      <w:pPr>
        <w:pStyle w:val="Heading2"/>
      </w:pPr>
      <w:r>
        <w:t>Household</w:t>
      </w:r>
    </w:p>
    <w:p>
      <w:r>
        <w:t>Number of people in the household: ___________________________</w:t>
      </w:r>
    </w:p>
    <w:p>
      <w:r>
        <w:t>Annual household income (a range is fine): ___________________</w:t>
      </w:r>
    </w:p>
    <w:p>
      <w:r>
        <w:t>Does your family receive public benefits, such as SNAP, WIC or Medicaid? (optional)</w:t>
        <w:br/>
        <w:t>______________________________________________________________________</w:t>
      </w:r>
    </w:p>
    <w:p>
      <w:pPr>
        <w:pStyle w:val="Heading2"/>
      </w:pPr>
      <w:r>
        <w:t>Request</w:t>
      </w:r>
    </w:p>
    <w:p>
      <w:r>
        <w:t>Check one.</w:t>
      </w:r>
    </w:p>
    <w:p>
      <w:r>
        <w:t>☐  Full scholarship</w:t>
      </w:r>
    </w:p>
    <w:p>
      <w:r>
        <w:t>☐  Partial scholarship</w:t>
      </w:r>
    </w:p>
    <w:p>
      <w:r>
        <w:t>☐  Payment plan only</w:t>
      </w:r>
    </w:p>
    <w:p>
      <w:r>
        <w:t>Amount your family can pay (in total, or per month)</w:t>
        <w:br/>
        <w:t>______________________________________________________________________</w:t>
      </w:r>
    </w:p>
    <w:p>
      <w:r>
        <w:t>Anything else you'd like us to know (optional)</w:t>
        <w:br/>
        <w:t>______________________________________________________________________</w:t>
      </w:r>
    </w:p>
    <w:p>
      <w:pPr>
        <w:pStyle w:val="Heading2"/>
      </w:pPr>
      <w:r>
        <w:t>Confirmation</w:t>
      </w:r>
    </w:p>
    <w:p>
      <w:r>
        <w:t>The information above is true to the best of my knowledge. Parent or guardian signature</w:t>
        <w:br/>
        <w:t>______________________________________________________________________</w:t>
      </w:r>
    </w:p>
    <w:p>
      <w:r>
        <w:t>Date: ________________________________________________________</w:t>
      </w:r>
    </w:p>
    <w:p>
      <w:pPr>
        <w:pStyle w:val="Heading2"/>
      </w:pPr>
      <w:r>
        <w:t>For office use only</w:t>
      </w:r>
    </w:p>
    <w:p>
      <w:r>
        <w:t>Decision and amount awarded: _________________________________</w:t>
      </w:r>
    </w:p>
    <w:p>
      <w:r>
        <w:t>Reviewed by and date: 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