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Photo and media release</w:t>
      </w:r>
    </w:p>
    <w:p>
      <w:r>
        <w:t>We take photos and video of program activities to share with families and to tell people about our work. You choose where your child may appear. Your answer won't affect your child's place in the program.</w:t>
      </w:r>
    </w:p>
    <w:p>
      <w:pPr>
        <w:pStyle w:val="Heading2"/>
      </w:pPr>
      <w:r>
        <w:t>Child</w:t>
      </w:r>
    </w:p>
    <w:p>
      <w:r>
        <w:t>Full name: ___________________________________________________</w:t>
      </w:r>
    </w:p>
    <w:p>
      <w:r>
        <w:t>Program and session: _________________________________________</w:t>
      </w:r>
    </w:p>
    <w:p>
      <w:pPr>
        <w:pStyle w:val="Heading2"/>
      </w:pPr>
      <w:r>
        <w:t>Where we may use photos and video of your child</w:t>
      </w:r>
    </w:p>
    <w:p>
      <w:r>
        <w:t>Check each one you agree to. Leave a box blank to say no.</w:t>
      </w:r>
    </w:p>
    <w:p>
      <w:r>
        <w:t>☐  Private updates to families in my child's program (such as emails and newsletters)</w:t>
      </w:r>
    </w:p>
    <w:p>
      <w:r>
        <w:t>☐  Printed materials, such as flyers, brochures and reports to funders</w:t>
      </w:r>
    </w:p>
    <w:p>
      <w:r>
        <w:t>☐  Our website</w:t>
      </w:r>
    </w:p>
    <w:p>
      <w:r>
        <w:t>☐  Our social media accounts</w:t>
      </w:r>
    </w:p>
    <w:p>
      <w:r>
        <w:t>☐  Local news stories about the program</w:t>
      </w:r>
    </w:p>
    <w:p>
      <w:r>
        <w:t>☐  Paid ads for the program</w:t>
      </w:r>
    </w:p>
    <w:p>
      <w:pPr>
        <w:pStyle w:val="Heading2"/>
      </w:pPr>
      <w:r>
        <w:t>Your child's name and work</w:t>
      </w:r>
    </w:p>
    <w:p>
      <w:r>
        <w:t>We never post a child's full name, school or home address with a photo. News outlets make their own choices, so we'll ask you before a reporter interviews or names your child.</w:t>
      </w:r>
    </w:p>
    <w:p>
      <w:r>
        <w:t>☐  You may use my child's first name with photos</w:t>
      </w:r>
    </w:p>
    <w:p>
      <w:r>
        <w:t>☐  You may display and share my child's artwork, writing and projects</w:t>
      </w:r>
    </w:p>
    <w:p>
      <w:pPr>
        <w:pStyle w:val="Heading2"/>
      </w:pPr>
      <w:r>
        <w:t>Changing your mind</w:t>
      </w:r>
    </w:p>
    <w:p>
      <w:r>
        <w:t>This permission lasts until [the end of this program year] unless you change it. To change it, tell us in writing at [email]. When you ask, we'll stop using photos of your child and remove them from our website and social media accounts within [number] days. We can't take back items that are already printed or that others have shared.</w:t>
      </w:r>
    </w:p>
    <w:p>
      <w:pPr>
        <w:pStyle w:val="Heading2"/>
      </w:pPr>
      <w:r>
        <w:t>Signatures</w:t>
      </w:r>
    </w:p>
    <w:p>
      <w:r>
        <w:t>Parent or guardian's printed name: ___________________________</w:t>
      </w:r>
    </w:p>
    <w:p>
      <w:r>
        <w:t>Parent or guardian signature: ________________________________</w:t>
      </w:r>
    </w:p>
    <w:p>
      <w:r>
        <w:t>Date: ________________________________________________________</w:t>
      </w:r>
    </w:p>
    <w:p>
      <w:r>
        <w:t>Participant signature (for teens, optional): 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 and media release</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