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Medication authorization form</w:t>
      </w:r>
    </w:p>
    <w:p>
      <w:r>
        <w:t>We can give your child medicine only with this signed form and the medicine in its original labeled container. Please fill out one form for each medicine and hand the medicine to a staff member. Don't leave it in your child's bag. If anything doesn't match this form or the label, we won't give the medicine, and we'll call you.</w:t>
      </w:r>
    </w:p>
    <w:p>
      <w:pPr>
        <w:pStyle w:val="Heading2"/>
      </w:pPr>
      <w:r>
        <w:t>Child</w:t>
      </w:r>
    </w:p>
    <w:p>
      <w:r>
        <w:t>Child's full name: ___________________________________________</w:t>
      </w:r>
    </w:p>
    <w:p>
      <w:r>
        <w:t>Date of birth: _______________________________________________</w:t>
      </w:r>
    </w:p>
    <w:p>
      <w:r>
        <w:t>Weight (if the dose depends on weight): ______________________</w:t>
      </w:r>
    </w:p>
    <w:p>
      <w:r>
        <w:t>Allergies, including medicine allergies: _____________________</w:t>
      </w:r>
    </w:p>
    <w:p>
      <w:pPr>
        <w:pStyle w:val="Heading2"/>
      </w:pPr>
      <w:r>
        <w:t>Medicine</w:t>
      </w:r>
    </w:p>
    <w:p>
      <w:r>
        <w:t>Check one.</w:t>
      </w:r>
    </w:p>
    <w:p>
      <w:r>
        <w:t>☐  Prescription</w:t>
      </w:r>
    </w:p>
    <w:p>
      <w:r>
        <w:t>☐  Non-prescription (over the counter)</w:t>
      </w:r>
    </w:p>
    <w:p>
      <w:r>
        <w:t>Medicine name and strength: __________________________________</w:t>
      </w:r>
    </w:p>
    <w:p>
      <w:r>
        <w:t>Reason for the medicine: _____________________________________</w:t>
      </w:r>
    </w:p>
    <w:p>
      <w:r>
        <w:t>Dose and how it's given (such as by mouth or inhaler)</w:t>
        <w:br/>
        <w:t>______________________________________________________________________</w:t>
      </w:r>
    </w:p>
    <w:p>
      <w:r>
        <w:t>Times to give it: ____________________________________________</w:t>
      </w:r>
    </w:p>
    <w:p>
      <w:r>
        <w:t>For 'as needed' medicines: the signs that mean your child needs it, and how often it may be given</w:t>
        <w:br/>
        <w:t>______________________________________________________________________</w:t>
      </w:r>
    </w:p>
    <w:p>
      <w:r>
        <w:t>Start and end dates: _________________________________________</w:t>
      </w:r>
    </w:p>
    <w:p>
      <w:r>
        <w:t>Expiration date (we don't give expired medicine)</w:t>
        <w:br/>
        <w:t>______________________________________________________________________</w:t>
      </w:r>
    </w:p>
    <w:p>
      <w:r>
        <w:t>Prescriber's name and phone (for prescriptions)</w:t>
        <w:br/>
        <w:t>______________________________________________________________________</w:t>
      </w:r>
    </w:p>
    <w:p>
      <w:r>
        <w:t>How to store it (such as in the refrigerator): _______________</w:t>
      </w:r>
    </w:p>
    <w:p>
      <w:r>
        <w:t>Side effects to watch for: ___________________________________</w:t>
      </w:r>
    </w:p>
    <w:p>
      <w:r>
        <w:t>Last dose given at home (date and time): _____________________</w:t>
      </w:r>
    </w:p>
    <w:p>
      <w:pPr>
        <w:pStyle w:val="Heading2"/>
      </w:pPr>
      <w:r>
        <w:t>Before the first dose</w:t>
      </w:r>
    </w:p>
    <w:p>
      <w:r>
        <w:t>Check each one that's true.</w:t>
      </w:r>
    </w:p>
    <w:p>
      <w:r>
        <w:t>☐  My child has taken this medicine before without a problem</w:t>
      </w:r>
    </w:p>
    <w:p>
      <w:r>
        <w:t>☐  The medicine is in its original container, labeled with my child's name (for prescriptions, with the pharmacy label)</w:t>
      </w:r>
    </w:p>
    <w:p>
      <w:r>
        <w:t>☐  The dose on this form matches the label or the doctor's written instructions</w:t>
      </w:r>
    </w:p>
    <w:p>
      <w:pPr>
        <w:pStyle w:val="Heading2"/>
      </w:pPr>
      <w:r>
        <w:t>Emergency medicines</w:t>
      </w:r>
    </w:p>
    <w:p>
      <w:r>
        <w:t>For epinephrine auto-injectors, asthma inhalers and other emergency medicines, please attach your child's action plan from their health care provider.</w:t>
      </w:r>
    </w:p>
    <w:p>
      <w:r>
        <w:t>☐  Allergy or asthma action plan attached</w:t>
      </w:r>
    </w:p>
    <w:p>
      <w:pPr>
        <w:pStyle w:val="Heading2"/>
      </w:pPr>
      <w:r>
        <w:t>Health care provider's instructions (if required)</w:t>
      </w:r>
    </w:p>
    <w:p>
      <w:r>
        <w:t>[Our program or our state] requires written instructions from the child's health care provider for [prescription medicines, some non-prescription medicines and any dose that's different from the label].</w:t>
      </w:r>
    </w:p>
    <w:p>
      <w:r>
        <w:t>Health care provider's printed name and phone: _______________</w:t>
      </w:r>
    </w:p>
    <w:p>
      <w:r>
        <w:t>Health care provider signature and date: _____________________</w:t>
      </w:r>
    </w:p>
    <w:p>
      <w:pPr>
        <w:pStyle w:val="Heading2"/>
      </w:pPr>
      <w:r>
        <w:t>Parent or guardian permission</w:t>
      </w:r>
    </w:p>
    <w:p>
      <w:r>
        <w:t>I give permission for trained program staff to give my child the medicine on this form, as described here and on the label. I'll tell the program in writing if anything changes, and I'll pick up any medicine that's left after the end date.</w:t>
      </w:r>
    </w:p>
    <w:p>
      <w:r>
        <w:t>Parent or guardian's printed name: ___________________________</w:t>
      </w:r>
    </w:p>
    <w:p>
      <w:r>
        <w:t>Parent or guardian signature: ________________________________</w:t>
      </w:r>
    </w:p>
    <w:p>
      <w:r>
        <w:t>Date: ________________________________________________________</w:t>
      </w:r>
    </w:p>
    <w:p>
      <w:r>
        <w:t>Phone during the day: ________________________________________</w:t>
      </w:r>
    </w:p>
    <w:p>
      <w:pPr>
        <w:pStyle w:val="Heading2"/>
      </w:pPr>
      <w:r>
        <w:t>For program use</w:t>
      </w:r>
    </w:p>
    <w:p>
      <w:r>
        <w:t>Received by (staff) and date: ________________________________</w:t>
      </w:r>
    </w:p>
    <w:p>
      <w:r>
        <w:t>Medicine checked against the label and this form (initials)</w:t>
        <w:br/>
        <w:t>______________________________________________________________________</w:t>
      </w:r>
    </w:p>
    <w:p>
      <w:r>
        <w:t>Medication log started (date): _______________________________</w:t>
      </w:r>
    </w:p>
    <w:p>
      <w:r>
        <w:t>Medicine returned to the parent (date and amount left)</w:t>
        <w:br/>
        <w:t>______________________________________________________________________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Medication authorization form</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