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Medication administration log</w:t>
      </w:r>
    </w:p>
    <w:p>
      <w:r>
        <w:t>Use one log for each child and each medicine. Give medicine only if the parent or guardian's signed medication form is on file and the medicine is in its original labeled container. Follow the label (or the doctor's written instructions for prescriptions) exactly. If anything doesn't match the parent's form, don't give the medicine. Call the parent and the director.</w:t>
      </w:r>
    </w:p>
    <w:p>
      <w:pPr>
        <w:pStyle w:val="Heading2"/>
      </w:pPr>
      <w:r>
        <w:t>Child and medicine</w:t>
      </w:r>
    </w:p>
    <w:p>
      <w:r>
        <w:t>Child's full name: ___________________________________________</w:t>
      </w:r>
    </w:p>
    <w:p>
      <w:r>
        <w:t>Date of birth: _______________________________________________</w:t>
      </w:r>
    </w:p>
    <w:p>
      <w:r>
        <w:t>Allergies: ___________________________________________________</w:t>
      </w:r>
    </w:p>
    <w:p>
      <w:r>
        <w:t>Medicine name and strength: __________________________________</w:t>
      </w:r>
    </w:p>
    <w:p>
      <w:r>
        <w:t>Dose and how it's given (such as by mouth or inhaler)</w:t>
        <w:br/>
        <w:t>______________________________________________________________________</w:t>
      </w:r>
    </w:p>
    <w:p>
      <w:r>
        <w:t>Times to give it: ____________________________________________</w:t>
      </w:r>
    </w:p>
    <w:p>
      <w:r>
        <w:t>Start and end dates: _________________________________________</w:t>
      </w:r>
    </w:p>
    <w:p>
      <w:r>
        <w:t>Expiration date (don't give expired medicine): _______________</w:t>
      </w:r>
    </w:p>
    <w:p>
      <w:r>
        <w:t>Prescribing doctor (for prescriptions): ______________________</w:t>
      </w:r>
    </w:p>
    <w:p>
      <w:r>
        <w:t>Where the medicine is stored: ________________________________</w:t>
      </w:r>
    </w:p>
    <w:p>
      <w:r>
        <w:t>Signed medication form on file (date): _______________________</w:t>
      </w:r>
    </w:p>
    <w:p>
      <w:pPr>
        <w:pStyle w:val="Heading2"/>
      </w:pPr>
      <w:r>
        <w:t>Five checks before every dose</w:t>
      </w:r>
    </w:p>
    <w:p>
      <w:r>
        <w:t>Check all five before every dose, then write it down right away.</w:t>
      </w:r>
    </w:p>
    <w:p>
      <w:pPr>
        <w:pStyle w:val="ListBullet"/>
      </w:pPr>
      <w:r>
        <w:t>Right child</w:t>
      </w:r>
    </w:p>
    <w:p>
      <w:pPr>
        <w:pStyle w:val="ListBullet"/>
      </w:pPr>
      <w:r>
        <w:t>Right medicine</w:t>
      </w:r>
    </w:p>
    <w:p>
      <w:pPr>
        <w:pStyle w:val="ListBullet"/>
      </w:pPr>
      <w:r>
        <w:t>Right dose</w:t>
      </w:r>
    </w:p>
    <w:p>
      <w:pPr>
        <w:pStyle w:val="ListBullet"/>
      </w:pPr>
      <w:r>
        <w:t>Right time</w:t>
      </w:r>
    </w:p>
    <w:p>
      <w:pPr>
        <w:pStyle w:val="ListBullet"/>
      </w:pPr>
      <w:r>
        <w:t>Right way (such as by mouth, inhaled or on the skin)</w:t>
      </w:r>
    </w:p>
    <w:p>
      <w:pPr>
        <w:pStyle w:val="Heading2"/>
      </w:pPr>
      <w:r>
        <w:t>Doses given</w:t>
      </w:r>
    </w:p>
    <w:p>
      <w:r>
        <w:t>Write down every dose, including missed or refused doses and why.</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tcPr>
          <w:p>
            <w:r>
              <w:t>Date</w:t>
            </w:r>
          </w:p>
        </w:tc>
        <w:tc>
          <w:tcPr>
            <w:tcW w:type="dxa" w:w="2040"/>
          </w:tcPr>
          <w:p>
            <w:r>
              <w:t>Time</w:t>
            </w:r>
          </w:p>
        </w:tc>
        <w:tc>
          <w:tcPr>
            <w:tcW w:type="dxa" w:w="2040"/>
          </w:tcPr>
          <w:p>
            <w:r>
              <w:t>Dose given</w:t>
            </w:r>
          </w:p>
        </w:tc>
        <w:tc>
          <w:tcPr>
            <w:tcW w:type="dxa" w:w="2040"/>
          </w:tcPr>
          <w:p>
            <w:r>
              <w:t>Given by (initials)</w:t>
            </w:r>
          </w:p>
        </w:tc>
        <w:tc>
          <w:tcPr>
            <w:tcW w:type="dxa" w:w="2040"/>
          </w:tcPr>
          <w:p>
            <w:r>
              <w:t>Child's reaction or notes</w:t>
            </w:r>
          </w:p>
        </w:tc>
        <w:tc>
          <w:tcPr>
            <w:tcW w:type="dxa" w:w="2040"/>
          </w:tcPr>
          <w:p>
            <w:r>
              <w:t>Parent told (if needed)</w:t>
            </w: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bl>
    <w:p>
      <w:pPr>
        <w:pStyle w:val="Heading2"/>
      </w:pPr>
      <w:r>
        <w:t>Staff initials</w:t>
      </w:r>
    </w:p>
    <w:p>
      <w:r>
        <w:t>Everyone who gives medicine from this log prints their name and signs once here.</w:t>
      </w:r>
    </w:p>
    <w:tbl>
      <w:tblPr>
        <w:tblStyle w:val="TableGrid"/>
        <w:tblW w:type="auto" w:w="0"/>
        <w:tblLook w:firstColumn="1" w:firstRow="1" w:lastColumn="0" w:lastRow="0" w:noHBand="0" w:noVBand="1" w:val="04A0"/>
      </w:tblPr>
      <w:tblGrid>
        <w:gridCol w:w="4080"/>
        <w:gridCol w:w="4080"/>
        <w:gridCol w:w="4080"/>
      </w:tblGrid>
      <w:tr>
        <w:tc>
          <w:tcPr>
            <w:tcW w:type="dxa" w:w="4080"/>
          </w:tcPr>
          <w:p>
            <w:r>
              <w:t>Initials</w:t>
            </w:r>
          </w:p>
        </w:tc>
        <w:tc>
          <w:tcPr>
            <w:tcW w:type="dxa" w:w="4080"/>
          </w:tcPr>
          <w:p>
            <w:r>
              <w:t>Printed name</w:t>
            </w:r>
          </w:p>
        </w:tc>
        <w:tc>
          <w:tcPr>
            <w:tcW w:type="dxa" w:w="4080"/>
          </w:tcPr>
          <w:p>
            <w:r>
              <w:t>Signature</w:t>
            </w:r>
          </w:p>
        </w:tc>
      </w:tr>
      <w:tr>
        <w:tc>
          <w:tcPr>
            <w:tcW w:type="dxa" w:w="4080"/>
          </w:tcPr>
          <w:p/>
        </w:tc>
        <w:tc>
          <w:tcPr>
            <w:tcW w:type="dxa" w:w="4080"/>
          </w:tcPr>
          <w:p/>
        </w:tc>
        <w:tc>
          <w:tcPr>
            <w:tcW w:type="dxa" w:w="4080"/>
          </w:tcPr>
          <w:p/>
        </w:tc>
      </w:tr>
      <w:tr>
        <w:tc>
          <w:tcPr>
            <w:tcW w:type="dxa" w:w="4080"/>
          </w:tcPr>
          <w:p/>
        </w:tc>
        <w:tc>
          <w:tcPr>
            <w:tcW w:type="dxa" w:w="4080"/>
          </w:tcPr>
          <w:p/>
        </w:tc>
        <w:tc>
          <w:tcPr>
            <w:tcW w:type="dxa" w:w="4080"/>
          </w:tcPr>
          <w:p/>
        </w:tc>
      </w:tr>
      <w:tr>
        <w:tc>
          <w:tcPr>
            <w:tcW w:type="dxa" w:w="4080"/>
          </w:tcPr>
          <w:p/>
        </w:tc>
        <w:tc>
          <w:tcPr>
            <w:tcW w:type="dxa" w:w="4080"/>
          </w:tcPr>
          <w:p/>
        </w:tc>
        <w:tc>
          <w:tcPr>
            <w:tcW w:type="dxa" w:w="4080"/>
          </w:tcPr>
          <w:p/>
        </w:tc>
      </w:tr>
      <w:tr>
        <w:tc>
          <w:tcPr>
            <w:tcW w:type="dxa" w:w="4080"/>
          </w:tcPr>
          <w:p/>
        </w:tc>
        <w:tc>
          <w:tcPr>
            <w:tcW w:type="dxa" w:w="4080"/>
          </w:tcPr>
          <w:p/>
        </w:tc>
        <w:tc>
          <w:tcPr>
            <w:tcW w:type="dxa" w:w="4080"/>
          </w:tcPr>
          <w:p/>
        </w:tc>
      </w:tr>
    </w:tbl>
    <w:p>
      <w:pPr>
        <w:pStyle w:val="Heading2"/>
      </w:pPr>
      <w:r>
        <w:t>Medicine returned</w:t>
      </w:r>
    </w:p>
    <w:p>
      <w:r>
        <w:t>Medicine returned to the parent (date and amount left)</w:t>
        <w:br/>
        <w:t>______________________________________________________________________</w:t>
      </w:r>
    </w:p>
    <w:p>
      <w:r>
        <w:t>Returned by (staff) and received by (parent or guardian)</w:t>
        <w:br/>
        <w:t>______________________________________________________________________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administration log</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