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Medical and allergy form</w:t>
      </w:r>
    </w:p>
    <w:p>
      <w:r>
        <w:t>Please fill out one form for each child, and tell us right away if anything changes.</w:t>
      </w:r>
    </w:p>
    <w:p>
      <w:pPr>
        <w:pStyle w:val="Heading2"/>
      </w:pPr>
      <w:r>
        <w:t>Child</w:t>
      </w:r>
    </w:p>
    <w:p>
      <w:r>
        <w:t>Full name: ___________________________________________________</w:t>
      </w:r>
    </w:p>
    <w:p>
      <w:r>
        <w:t>Date of birth: _______________________________________________</w:t>
      </w:r>
    </w:p>
    <w:p>
      <w:r>
        <w:t>Program and days: ____________________________________________</w:t>
      </w:r>
    </w:p>
    <w:p>
      <w:r>
        <w:t>Parent or guardian name and phone: ___________________________</w:t>
      </w:r>
    </w:p>
    <w:p>
      <w:pPr>
        <w:pStyle w:val="Heading2"/>
      </w:pPr>
      <w:r>
        <w:t>Allergies</w:t>
      </w:r>
    </w:p>
    <w:p>
      <w:r>
        <w:t>Food allergies and reactions: ________________________________</w:t>
      </w:r>
    </w:p>
    <w:p>
      <w:r>
        <w:t>Other allergies (insect stings, medications, latex) and reactions</w:t>
        <w:br/>
        <w:t>______________________________________________________________________</w:t>
      </w:r>
    </w:p>
    <w:p>
      <w:r>
        <w:t>Epinephrine auto-injector (EpiPen) needed? Will it come to the program every day?</w:t>
        <w:br/>
        <w:t>______________________________________________________________________</w:t>
      </w:r>
    </w:p>
    <w:p>
      <w:r>
        <w:t>Can your child use it on their own, or will staff hold it?</w:t>
        <w:br/>
        <w:t>______________________________________________________________________</w:t>
      </w:r>
    </w:p>
    <w:p>
      <w:pPr>
        <w:pStyle w:val="Heading2"/>
      </w:pPr>
      <w:r>
        <w:t>Medications</w:t>
      </w:r>
    </w:p>
    <w:p>
      <w:r>
        <w:t>Medication, dose and times: __________________________________</w:t>
      </w:r>
    </w:p>
    <w:p>
      <w:r>
        <w:t>Medication, dose and times: __________________________________</w:t>
      </w:r>
    </w:p>
    <w:p>
      <w:r>
        <w:t>Medications staff will give during the program (we may ask you and your child's doctor to sign our medication form)</w:t>
        <w:br/>
        <w:t>______________________________________________________________________</w:t>
      </w:r>
    </w:p>
    <w:p>
      <w:pPr>
        <w:pStyle w:val="Heading2"/>
      </w:pPr>
      <w:r>
        <w:t>Medical conditions</w:t>
      </w:r>
    </w:p>
    <w:p>
      <w:r>
        <w:t>Conditions staff should know about (such as asthma, diabetes or seizures)</w:t>
        <w:br/>
        <w:t>______________________________________________________________________</w:t>
      </w:r>
    </w:p>
    <w:p>
      <w:r>
        <w:t>What staff should do if symptoms appear: _____________________</w:t>
      </w:r>
    </w:p>
    <w:p>
      <w:pPr>
        <w:pStyle w:val="Heading2"/>
      </w:pPr>
      <w:r>
        <w:t>Other needs</w:t>
      </w:r>
    </w:p>
    <w:p>
      <w:r>
        <w:t>Dietary needs: _______________________________________________</w:t>
      </w:r>
    </w:p>
    <w:p>
      <w:r>
        <w:t>Behavioral, learning or sensory needs (and what helps your child)</w:t>
        <w:br/>
        <w:t>______________________________________________________________________</w:t>
      </w:r>
    </w:p>
    <w:p>
      <w:pPr>
        <w:pStyle w:val="Heading2"/>
      </w:pPr>
      <w:r>
        <w:t>Doctor and insurance</w:t>
      </w:r>
    </w:p>
    <w:p>
      <w:r>
        <w:t>Doctor's name and phone: _____________________________________</w:t>
      </w:r>
    </w:p>
    <w:p>
      <w:r>
        <w:t>Health insurance company and policy or member ID</w:t>
        <w:br/>
        <w:t>______________________________________________________________________</w:t>
      </w:r>
    </w:p>
    <w:p>
      <w:pPr>
        <w:pStyle w:val="Heading2"/>
      </w:pPr>
      <w:r>
        <w:t>Health records</w:t>
      </w:r>
    </w:p>
    <w:p>
      <w:r>
        <w:t>☐  Immunization record or physical exam attached (if the program asks for it)</w:t>
      </w:r>
    </w:p>
    <w:p>
      <w:pPr>
        <w:pStyle w:val="Heading2"/>
      </w:pPr>
      <w:r>
        <w:t>Emergency contacts</w:t>
      </w:r>
    </w:p>
    <w:p>
      <w:r>
        <w:t>Name, relationship, phone: ___________________________________</w:t>
      </w:r>
    </w:p>
    <w:p>
      <w:r>
        <w:t>Name, relationship, phone: ___________________________________</w:t>
      </w:r>
    </w:p>
    <w:p>
      <w:pPr>
        <w:pStyle w:val="Heading2"/>
      </w:pPr>
      <w:r>
        <w:t>Consent for emergency care</w:t>
      </w:r>
    </w:p>
    <w:p>
      <w:r>
        <w:t>In an emergency, staff will call 911 if needed and contact me as soon as they can. If they can't reach me, I authorize program staff to get emergency medical care for my child, including ambulance transport and treatment by a doctor or hospital, and to share this form with the medical staff who treat my child.</w:t>
      </w:r>
    </w:p>
    <w:p>
      <w:r>
        <w:t>Parent or guardian's printed name: ___________________________</w:t>
      </w:r>
    </w:p>
    <w:p>
      <w:r>
        <w:t>Parent or guardian signature: ________________________________</w:t>
      </w:r>
    </w:p>
    <w:p>
      <w:r>
        <w:t>Date: ________________________________________________________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and allergy form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