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Formulario médico y de alergias</w:t>
      </w:r>
    </w:p>
    <w:p>
      <w:r>
        <w:t>Por favor, llene un formulario por cada niño y avísenos de inmediato si algo cambia.</w:t>
      </w:r>
    </w:p>
    <w:p>
      <w:pPr>
        <w:pStyle w:val="Heading2"/>
      </w:pPr>
      <w:r>
        <w:t>Datos del niño</w:t>
      </w:r>
    </w:p>
    <w:p>
      <w:r>
        <w:t>Nombre completo: _____________________________________________</w:t>
      </w:r>
    </w:p>
    <w:p>
      <w:r>
        <w:t>Fecha de nacimiento: _________________________________________</w:t>
      </w:r>
    </w:p>
    <w:p>
      <w:r>
        <w:t>Programa y días: _____________________________________________</w:t>
      </w:r>
    </w:p>
    <w:p>
      <w:r>
        <w:t>Nombre y teléfono del padre, madre o tutor: __________________</w:t>
      </w:r>
    </w:p>
    <w:p>
      <w:pPr>
        <w:pStyle w:val="Heading2"/>
      </w:pPr>
      <w:r>
        <w:t>Alergias</w:t>
      </w:r>
    </w:p>
    <w:p>
      <w:r>
        <w:t>Alergias a alimentos y reacciones: ___________________________</w:t>
      </w:r>
    </w:p>
    <w:p>
      <w:r>
        <w:t>Otras alergias (picaduras de insectos, medicamentos, látex) y reacciones</w:t>
        <w:br/>
        <w:t>______________________________________________________________________</w:t>
      </w:r>
    </w:p>
    <w:p>
      <w:r>
        <w:t>¿Necesita un autoinyector de epinefrina (EpiPen)? ¿Lo traerá al programa todos los días?</w:t>
        <w:br/>
        <w:t>______________________________________________________________________</w:t>
      </w:r>
    </w:p>
    <w:p>
      <w:r>
        <w:t>¿Su hijo sabe ponérselo solo? ¿Prefiere que lo lleve consigo o que lo guarde el personal?</w:t>
        <w:br/>
        <w:t>______________________________________________________________________</w:t>
      </w:r>
    </w:p>
    <w:p>
      <w:pPr>
        <w:pStyle w:val="Heading2"/>
      </w:pPr>
      <w:r>
        <w:t>Medicamentos</w:t>
      </w:r>
    </w:p>
    <w:p>
      <w:r>
        <w:t>Medicamento, dosis y horarios: _______________________________</w:t>
      </w:r>
    </w:p>
    <w:p>
      <w:r>
        <w:t>Medicamento, dosis y horarios: _______________________________</w:t>
      </w:r>
    </w:p>
    <w:p>
      <w:r>
        <w:t>Medicamentos que el personal le dará durante el programa (es posible que le pidamos a usted y al médico de su hijo que firmen nuestro formulario de medicamentos)</w:t>
        <w:br/>
        <w:t>______________________________________________________________________</w:t>
      </w:r>
    </w:p>
    <w:p>
      <w:pPr>
        <w:pStyle w:val="Heading2"/>
      </w:pPr>
      <w:r>
        <w:t>Condiciones médicas</w:t>
      </w:r>
    </w:p>
    <w:p>
      <w:r>
        <w:t>Condiciones que el personal debe conocer (como asma, diabetes o convulsiones)</w:t>
        <w:br/>
        <w:t>______________________________________________________________________</w:t>
      </w:r>
    </w:p>
    <w:p>
      <w:r>
        <w:t>Qué debe hacer el personal si aparecen síntomas</w:t>
        <w:br/>
        <w:t>______________________________________________________________________</w:t>
      </w:r>
    </w:p>
    <w:p>
      <w:pPr>
        <w:pStyle w:val="Heading2"/>
      </w:pPr>
      <w:r>
        <w:t>Otras necesidades</w:t>
      </w:r>
    </w:p>
    <w:p>
      <w:r>
        <w:t>Dieta especial o alimentos que no puede comer (por salud, religión u otra razón)</w:t>
        <w:br/>
        <w:t>______________________________________________________________________</w:t>
      </w:r>
    </w:p>
    <w:p>
      <w:r>
        <w:t>Necesidades de comportamiento, de aprendizaje o sensoriales (por ejemplo, TDAH, autismo o sensibilidad al ruido) y qué le ayuda a su hijo</w:t>
        <w:br/>
        <w:t>______________________________________________________________________</w:t>
      </w:r>
    </w:p>
    <w:p>
      <w:pPr>
        <w:pStyle w:val="Heading2"/>
      </w:pPr>
      <w:r>
        <w:t>Médico y seguro</w:t>
      </w:r>
    </w:p>
    <w:p>
      <w:r>
        <w:t>Nombre y teléfono del médico: ________________________________</w:t>
      </w:r>
    </w:p>
    <w:p>
      <w:r>
        <w:t>Seguro médico o Medicaid y número de póliza o de afiliado (“Member ID” en la tarjeta)</w:t>
        <w:br/>
        <w:t>______________________________________________________________________</w:t>
      </w:r>
    </w:p>
    <w:p>
      <w:pPr>
        <w:pStyle w:val="Heading2"/>
      </w:pPr>
      <w:r>
        <w:t>Documentos de salud</w:t>
      </w:r>
    </w:p>
    <w:p>
      <w:r>
        <w:t>☐  Adjunto el registro de vacunas o el examen físico (si el programa los pide)</w:t>
      </w:r>
    </w:p>
    <w:p>
      <w:pPr>
        <w:pStyle w:val="Heading2"/>
      </w:pPr>
      <w:r>
        <w:t>Contactos de emergencia</w:t>
      </w:r>
    </w:p>
    <w:p>
      <w:r>
        <w:t>Nombre, relación con el niño, teléfono: ______________________</w:t>
      </w:r>
    </w:p>
    <w:p>
      <w:r>
        <w:t>Nombre, relación con el niño, teléfono: ______________________</w:t>
      </w:r>
    </w:p>
    <w:p>
      <w:pPr>
        <w:pStyle w:val="Heading2"/>
      </w:pPr>
      <w:r>
        <w:t>Consentimiento para atención médica de emergencia</w:t>
      </w:r>
    </w:p>
    <w:p>
      <w:r>
        <w:t>En una emergencia, el personal llamará al 911 si es necesario y se comunicará conmigo lo antes posible. Si no logran comunicarse conmigo, autorizo al personal del programa a obtener atención médica de emergencia para mi hijo, incluidos el traslado en ambulancia y el tratamiento por parte de un médico o un hospital, y a compartir este formulario con el personal médico que atienda a mi hijo.</w:t>
      </w:r>
    </w:p>
    <w:p>
      <w:r>
        <w:t>Nombre del padre, madre o tutor (en letra de molde)</w:t>
        <w:br/>
        <w:t>______________________________________________________________________</w:t>
      </w:r>
    </w:p>
    <w:p>
      <w:r>
        <w:t>Firma del padre, madre o tutor: ______________________________</w:t>
      </w:r>
    </w:p>
    <w:p>
      <w:r>
        <w:t>Fecha: _______________________________________________________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médico y de alergias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