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Infant daily report</w:t>
      </w:r>
    </w:p>
    <w:p>
      <w:r>
        <w:t>Families: please fill in the first section at drop-off. Staff write down each feeding, nap and diaper change as it happens and send this report home at pickup.</w:t>
      </w:r>
    </w:p>
    <w:p>
      <w:pPr>
        <w:pStyle w:val="Heading2"/>
      </w:pPr>
      <w:r>
        <w:t>Baby</w:t>
      </w:r>
    </w:p>
    <w:p>
      <w:r>
        <w:t>Baby's name: _________________________________________________</w:t>
      </w:r>
    </w:p>
    <w:p>
      <w:r>
        <w:t>Date: ________________________________________________________</w:t>
      </w:r>
    </w:p>
    <w:p>
      <w:r>
        <w:t>Caregivers today: ____________________________________________</w:t>
      </w:r>
    </w:p>
    <w:p>
      <w:pPr>
        <w:pStyle w:val="Heading2"/>
      </w:pPr>
      <w:r>
        <w:t>From home (filled in by the family at drop-off)</w:t>
      </w:r>
    </w:p>
    <w:p>
      <w:r>
        <w:t>Last feeding (time and amount): ______________________________</w:t>
      </w:r>
    </w:p>
    <w:p>
      <w:r>
        <w:t>Last diaper change (time): ___________________________________</w:t>
      </w:r>
    </w:p>
    <w:p>
      <w:r>
        <w:t>How your baby slept last night: ______________________________</w:t>
      </w:r>
    </w:p>
    <w:p>
      <w:r>
        <w:t>Medicine given at home today (name and time): ________________</w:t>
      </w:r>
    </w:p>
    <w:p>
      <w:r>
        <w:t>Anything we should know today: _______________________________</w:t>
      </w:r>
    </w:p>
    <w:p>
      <w:r>
        <w:t>Who's picking up, and when: __________________________________</w:t>
      </w:r>
    </w:p>
    <w:p>
      <w:pPr>
        <w:pStyle w:val="Heading2"/>
      </w:pPr>
      <w:r>
        <w:t>Feedings</w:t>
      </w:r>
    </w:p>
    <w:p>
      <w:r>
        <w:t>We feed babies when they show they're hungry, following each baby's feeding plan.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Time</w:t>
            </w:r>
          </w:p>
        </w:tc>
        <w:tc>
          <w:tcPr>
            <w:tcW w:type="dxa" w:w="1728"/>
          </w:tcPr>
          <w:p>
            <w:r>
              <w:t>Breast milk, formula or food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  <w:tc>
          <w:tcPr>
            <w:tcW w:type="dxa" w:w="1728"/>
          </w:tcPr>
          <w:p>
            <w:r>
              <w:t>Notes</w:t>
            </w:r>
          </w:p>
        </w:tc>
        <w:tc>
          <w:tcPr>
            <w:tcW w:type="dxa" w:w="1728"/>
          </w:tcPr>
          <w:p>
            <w:r>
              <w:t>Staff initials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Sleep</w:t>
      </w:r>
    </w:p>
    <w:p>
      <w:r>
        <w:t>Babies sleep on their backs in their own crib, as our safe sleep policy says.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Fell asleep</w:t>
            </w:r>
          </w:p>
        </w:tc>
        <w:tc>
          <w:tcPr>
            <w:tcW w:type="dxa" w:w="2160"/>
          </w:tcPr>
          <w:p>
            <w:r>
              <w:t>Woke up</w:t>
            </w:r>
          </w:p>
        </w:tc>
        <w:tc>
          <w:tcPr>
            <w:tcW w:type="dxa" w:w="2160"/>
          </w:tcPr>
          <w:p>
            <w:r>
              <w:t>Placed on back (initials)</w:t>
            </w:r>
          </w:p>
        </w:tc>
        <w:tc>
          <w:tcPr>
            <w:tcW w:type="dxa" w:w="2160"/>
          </w:tcPr>
          <w:p>
            <w:r>
              <w:t>Notes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Diapers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Time</w:t>
            </w:r>
          </w:p>
        </w:tc>
        <w:tc>
          <w:tcPr>
            <w:tcW w:type="dxa" w:w="1440"/>
          </w:tcPr>
          <w:p>
            <w:r>
              <w:t>Wet</w:t>
            </w:r>
          </w:p>
        </w:tc>
        <w:tc>
          <w:tcPr>
            <w:tcW w:type="dxa" w:w="1440"/>
          </w:tcPr>
          <w:p>
            <w:r>
              <w:t>BM (bowel movement)</w:t>
            </w:r>
          </w:p>
        </w:tc>
        <w:tc>
          <w:tcPr>
            <w:tcW w:type="dxa" w:w="1440"/>
          </w:tcPr>
          <w:p>
            <w:r>
              <w:t>Dry</w:t>
            </w:r>
          </w:p>
        </w:tc>
        <w:tc>
          <w:tcPr>
            <w:tcW w:type="dxa" w:w="1440"/>
          </w:tcPr>
          <w:p>
            <w:r>
              <w:t>Notes (such as a rash)</w:t>
            </w:r>
          </w:p>
        </w:tc>
        <w:tc>
          <w:tcPr>
            <w:tcW w:type="dxa" w:w="1440"/>
          </w:tcPr>
          <w:p>
            <w:r>
              <w:t>Staff initials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Mood today</w:t>
      </w:r>
    </w:p>
    <w:p>
      <w:r>
        <w:t>Check all that apply.</w:t>
      </w:r>
    </w:p>
    <w:p>
      <w:r>
        <w:t>☐  Happy and playful</w:t>
      </w:r>
    </w:p>
    <w:p>
      <w:r>
        <w:t>☐  Calm</w:t>
      </w:r>
    </w:p>
    <w:p>
      <w:r>
        <w:t>☐  Fussy</w:t>
      </w:r>
    </w:p>
    <w:p>
      <w:r>
        <w:t>☐  Sleepy</w:t>
      </w:r>
    </w:p>
    <w:p>
      <w:r>
        <w:t>☐  Not quite themselves</w:t>
      </w:r>
    </w:p>
    <w:p>
      <w:pPr>
        <w:pStyle w:val="Heading2"/>
      </w:pPr>
      <w:r>
        <w:t>Today's activities</w:t>
      </w:r>
    </w:p>
    <w:p>
      <w:r>
        <w:t>What your baby did today (such as tummy time, music, books or outdoor time)</w:t>
        <w:br/>
        <w:t>______________________________________________________________________</w:t>
      </w:r>
    </w:p>
    <w:p>
      <w:r>
        <w:t>Something new we noticed: ____________________________________</w:t>
      </w:r>
    </w:p>
    <w:p>
      <w:pPr>
        <w:pStyle w:val="Heading2"/>
      </w:pPr>
      <w:r>
        <w:t>Please bring</w:t>
      </w:r>
    </w:p>
    <w:p>
      <w:r>
        <w:t>Supplies running low (such as diapers, wipes, formula, breast milk or extra clothes)</w:t>
        <w:br/>
        <w:t>______________________________________________________________________</w:t>
      </w:r>
    </w:p>
    <w:p>
      <w:pPr>
        <w:pStyle w:val="Heading2"/>
      </w:pPr>
      <w:r>
        <w:t>Notes for your family</w:t>
      </w:r>
    </w:p>
    <w:p>
      <w:r>
        <w:t>Notes: _______________________________________________________</w:t>
      </w:r>
    </w:p>
    <w:p>
      <w:r>
        <w:t>Health or injury notes (we'll call you right away about anything urgent, and give you an incident report for any injury)</w:t>
        <w:br/>
        <w:t>______________________________________________________________________</w:t>
      </w:r>
    </w:p>
    <w:p>
      <w:r>
        <w:t>Staff signature: 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Infant daily report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