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Incident and accident report</w:t>
      </w:r>
    </w:p>
    <w:p>
      <w:r>
        <w:t>Fill this out the same day as any injury, illness or incident, and give it to [director's name] before you leave. Write only facts: what you saw, heard and did. Don't use this form for suspected abuse or neglect. Report it as you were trained and tell [director's name] right away.</w:t>
      </w:r>
    </w:p>
    <w:p>
      <w:pPr>
        <w:pStyle w:val="Heading2"/>
      </w:pPr>
      <w:r>
        <w:t>Type of incident</w:t>
      </w:r>
    </w:p>
    <w:p>
      <w:r>
        <w:t>Check all that apply.</w:t>
      </w:r>
    </w:p>
    <w:p>
      <w:r>
        <w:t>☐  Injury</w:t>
      </w:r>
    </w:p>
    <w:p>
      <w:r>
        <w:t>☐  Illness</w:t>
      </w:r>
    </w:p>
    <w:p>
      <w:r>
        <w:t>☐  Allergic reaction</w:t>
      </w:r>
    </w:p>
    <w:p>
      <w:r>
        <w:t>☐  Behavior or conflict</w:t>
      </w:r>
    </w:p>
    <w:p>
      <w:r>
        <w:t>☐  Missing child or child left the area</w:t>
      </w:r>
    </w:p>
    <w:p>
      <w:r>
        <w:t>☐  Property damage</w:t>
      </w:r>
    </w:p>
    <w:p>
      <w:r>
        <w:t>☐  Other</w:t>
      </w:r>
    </w:p>
    <w:p>
      <w:pPr>
        <w:pStyle w:val="Heading2"/>
      </w:pPr>
      <w:r>
        <w:t>Child</w:t>
      </w:r>
    </w:p>
    <w:p>
      <w:r>
        <w:t>Full name: ___________________________________________________</w:t>
      </w:r>
    </w:p>
    <w:p>
      <w:r>
        <w:t>Age: _________________________________________________________</w:t>
      </w:r>
    </w:p>
    <w:p>
      <w:r>
        <w:t>Program and group: ___________________________________________</w:t>
      </w:r>
    </w:p>
    <w:p>
      <w:pPr>
        <w:pStyle w:val="Heading2"/>
      </w:pPr>
      <w:r>
        <w:t>When and where</w:t>
      </w:r>
    </w:p>
    <w:p>
      <w:r>
        <w:t>Date: ________________________________________________________</w:t>
      </w:r>
    </w:p>
    <w:p>
      <w:r>
        <w:t>Time: ________________________________________________________</w:t>
      </w:r>
    </w:p>
    <w:p>
      <w:r>
        <w:t>Exact location (for example, playground near the slide)</w:t>
        <w:br/>
        <w:t>______________________________________________________________________</w:t>
      </w:r>
    </w:p>
    <w:p>
      <w:r>
        <w:t>Activity at the time: ________________________________________</w:t>
      </w:r>
    </w:p>
    <w:p>
      <w:r>
        <w:t>Staff in charge of the group: ________________________________</w:t>
      </w:r>
    </w:p>
    <w:p>
      <w:pPr>
        <w:pStyle w:val="Heading2"/>
      </w:pPr>
      <w:r>
        <w:t>What happened</w:t>
      </w:r>
    </w:p>
    <w:p>
      <w:r>
        <w:t>Describe it step by step. Write what you saw and heard, not guesses about why.</w:t>
      </w:r>
    </w:p>
    <w:p>
      <w:r>
        <w:t>What happened: _______________________________________________</w:t>
      </w:r>
    </w:p>
    <w:p>
      <w:r>
        <w:t>What happened (continued): ___________________________________</w:t>
      </w:r>
    </w:p>
    <w:p>
      <w:r>
        <w:t>Other staff or adults who saw it: ____________________________</w:t>
      </w:r>
    </w:p>
    <w:p>
      <w:r>
        <w:t>Other children involved (leave their names off any copy given to a family)</w:t>
        <w:br/>
        <w:t>______________________________________________________________________</w:t>
      </w:r>
    </w:p>
    <w:p>
      <w:pPr>
        <w:pStyle w:val="Heading2"/>
      </w:pPr>
      <w:r>
        <w:t>Injury or illness</w:t>
      </w:r>
    </w:p>
    <w:p>
      <w:r>
        <w:t>☐  Head, neck or back involved (call the parent right away, even if it seems minor)</w:t>
      </w:r>
    </w:p>
    <w:p>
      <w:r>
        <w:t>☐  Called 911</w:t>
      </w:r>
    </w:p>
    <w:p>
      <w:r>
        <w:t>☐  Child went to a doctor or hospital</w:t>
      </w:r>
    </w:p>
    <w:p>
      <w:r>
        <w:t>☐  Child went home early</w:t>
      </w:r>
    </w:p>
    <w:p>
      <w:r>
        <w:t>☐  Child stayed in the program</w:t>
      </w:r>
    </w:p>
    <w:p>
      <w:r>
        <w:t>What you saw (such as swelling, bleeding or a bump) and where on the body</w:t>
        <w:br/>
        <w:t>______________________________________________________________________</w:t>
      </w:r>
    </w:p>
    <w:p>
      <w:r>
        <w:t>First aid given, by whom and when: ___________________________</w:t>
      </w:r>
    </w:p>
    <w:p>
      <w:r>
        <w:t>Medicine given (name, dose, time and who gave it)</w:t>
        <w:br/>
        <w:t>______________________________________________________________________</w:t>
      </w:r>
    </w:p>
    <w:p>
      <w:pPr>
        <w:pStyle w:val="Heading2"/>
      </w:pPr>
      <w:r>
        <w:t>Who was told</w:t>
      </w:r>
    </w:p>
    <w:p>
      <w:r>
        <w:t>Parent or guardian told by (name), how and when</w:t>
        <w:br/>
        <w:t>______________________________________________________________________</w:t>
      </w:r>
    </w:p>
    <w:p>
      <w:r>
        <w:t>Director told (time): ________________________________________</w:t>
      </w:r>
    </w:p>
    <w:p>
      <w:r>
        <w:t>Report to the licensing agency or insurer, if required (who, when and by whom)</w:t>
        <w:br/>
        <w:t>______________________________________________________________________</w:t>
      </w:r>
    </w:p>
    <w:p>
      <w:pPr>
        <w:pStyle w:val="Heading2"/>
      </w:pPr>
      <w:r>
        <w:t>Follow-up</w:t>
      </w:r>
    </w:p>
    <w:p>
      <w:r>
        <w:t>What we'll change to help keep this from happening again</w:t>
        <w:br/>
        <w:t>______________________________________________________________________</w:t>
      </w:r>
    </w:p>
    <w:p>
      <w:r>
        <w:t>Follow-up with the family (date and notes): __________________</w:t>
      </w:r>
    </w:p>
    <w:p>
      <w:pPr>
        <w:pStyle w:val="Heading2"/>
      </w:pPr>
      <w:r>
        <w:t>Signatures</w:t>
      </w:r>
    </w:p>
    <w:p>
      <w:r>
        <w:t>Staff printed name: __________________________________________</w:t>
      </w:r>
    </w:p>
    <w:p>
      <w:r>
        <w:t>Staff signature and date: ____________________________________</w:t>
      </w:r>
    </w:p>
    <w:p>
      <w:r>
        <w:t>Director signature and date: _________________________________</w:t>
      </w:r>
    </w:p>
    <w:p>
      <w:r>
        <w:t>I received a copy of this report. Parent or guardian signature and date</w:t>
        <w:br/>
        <w:t>______________________________________________________________________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and accident report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