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Child immunization and health record form</w:t>
      </w:r>
    </w:p>
    <w:p>
      <w:r>
        <w:t>Please attach a copy of your child's official immunization record from their health care provider or your state's immunization registry, and fill out the rest of this form. If our state has its own required health form, we'll give you that too. Please tell us whenever your child gets a vaccine or has a checkup.</w:t>
      </w:r>
    </w:p>
    <w:p>
      <w:pPr>
        <w:pStyle w:val="Heading2"/>
      </w:pPr>
      <w:r>
        <w:t>Child</w:t>
      </w:r>
    </w:p>
    <w:p>
      <w:r>
        <w:t>Full name: ___________________________________________________</w:t>
      </w:r>
    </w:p>
    <w:p>
      <w:r>
        <w:t>Date of birth: _______________________________________________</w:t>
      </w:r>
    </w:p>
    <w:p>
      <w:r>
        <w:t>Parent or guardian name and phone: ___________________________</w:t>
      </w:r>
    </w:p>
    <w:p>
      <w:pPr>
        <w:pStyle w:val="Heading2"/>
      </w:pPr>
      <w:r>
        <w:t>Health care provider</w:t>
      </w:r>
    </w:p>
    <w:p>
      <w:r>
        <w:t>Child's health care provider and practice: ___________________</w:t>
      </w:r>
    </w:p>
    <w:p>
      <w:r>
        <w:t>Phone: _______________________________________________________</w:t>
      </w:r>
    </w:p>
    <w:p>
      <w:r>
        <w:t>Dentist (if your child has one): _____________________________</w:t>
      </w:r>
    </w:p>
    <w:p>
      <w:pPr>
        <w:pStyle w:val="Heading2"/>
      </w:pPr>
      <w:r>
        <w:t>Immunizations</w:t>
      </w:r>
    </w:p>
    <w:p>
      <w:r>
        <w:t>Attach your child's official immunization record, or ask your child's health care provider to fill in this table with each vaccine and the date of every dose.</w:t>
      </w:r>
    </w:p>
    <w:p>
      <w:r>
        <w:t>☐  Official immunization record attached</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Vaccine</w:t>
            </w:r>
          </w:p>
        </w:tc>
        <w:tc>
          <w:tcPr>
            <w:tcW w:type="dxa" w:w="1440"/>
          </w:tcPr>
          <w:p>
            <w:r>
              <w:t>Dose 1 date</w:t>
            </w:r>
          </w:p>
        </w:tc>
        <w:tc>
          <w:tcPr>
            <w:tcW w:type="dxa" w:w="1440"/>
          </w:tcPr>
          <w:p>
            <w:r>
              <w:t>Dose 2 date</w:t>
            </w:r>
          </w:p>
        </w:tc>
        <w:tc>
          <w:tcPr>
            <w:tcW w:type="dxa" w:w="1440"/>
          </w:tcPr>
          <w:p>
            <w:r>
              <w:t>Dose 3 date</w:t>
            </w:r>
          </w:p>
        </w:tc>
        <w:tc>
          <w:tcPr>
            <w:tcW w:type="dxa" w:w="1440"/>
          </w:tcPr>
          <w:p>
            <w:r>
              <w:t>Dose 4 date</w:t>
            </w:r>
          </w:p>
        </w:tc>
        <w:tc>
          <w:tcPr>
            <w:tcW w:type="dxa" w:w="1440"/>
          </w:tcPr>
          <w:p>
            <w:r>
              <w:t>Dose 5 date</w:t>
            </w:r>
          </w:p>
        </w:tc>
      </w:tr>
      <w:tr>
        <w:tc>
          <w:tcPr>
            <w:tcW w:type="dxa" w:w="1440"/>
          </w:tcPr>
          <w:p/>
        </w:tc>
        <w:tc>
          <w:tcPr>
            <w:tcW w:type="dxa" w:w="1440"/>
          </w:tcPr>
          <w:p/>
        </w:tc>
        <w:tc>
          <w:tcPr>
            <w:tcW w:type="dxa" w:w="1440"/>
          </w:tcPr>
          <w:p/>
        </w:tc>
        <w:tc>
          <w:tcPr>
            <w:tcW w:type="dxa" w:w="1440"/>
          </w:tcPr>
          <w:p/>
        </w:tc>
        <w:tc>
          <w:tcPr>
            <w:tcW w:type="dxa" w:w="1440"/>
          </w:tcPr>
          <w:p/>
        </w:tc>
        <w:tc>
          <w:tcPr>
            <w:tcW w:type="dxa" w:w="1440"/>
          </w:tcPr>
          <w:p/>
        </w:tc>
      </w:tr>
      <w:tr>
        <w:tc>
          <w:tcPr>
            <w:tcW w:type="dxa" w:w="1440"/>
          </w:tcPr>
          <w:p/>
        </w:tc>
        <w:tc>
          <w:tcPr>
            <w:tcW w:type="dxa" w:w="1440"/>
          </w:tcPr>
          <w:p/>
        </w:tc>
        <w:tc>
          <w:tcPr>
            <w:tcW w:type="dxa" w:w="1440"/>
          </w:tcPr>
          <w:p/>
        </w:tc>
        <w:tc>
          <w:tcPr>
            <w:tcW w:type="dxa" w:w="1440"/>
          </w:tcPr>
          <w:p/>
        </w:tc>
        <w:tc>
          <w:tcPr>
            <w:tcW w:type="dxa" w:w="1440"/>
          </w:tcPr>
          <w:p/>
        </w:tc>
        <w:tc>
          <w:tcPr>
            <w:tcW w:type="dxa" w:w="1440"/>
          </w:tcPr>
          <w:p/>
        </w:tc>
      </w:tr>
      <w:tr>
        <w:tc>
          <w:tcPr>
            <w:tcW w:type="dxa" w:w="1440"/>
          </w:tcPr>
          <w:p/>
        </w:tc>
        <w:tc>
          <w:tcPr>
            <w:tcW w:type="dxa" w:w="1440"/>
          </w:tcPr>
          <w:p/>
        </w:tc>
        <w:tc>
          <w:tcPr>
            <w:tcW w:type="dxa" w:w="1440"/>
          </w:tcPr>
          <w:p/>
        </w:tc>
        <w:tc>
          <w:tcPr>
            <w:tcW w:type="dxa" w:w="1440"/>
          </w:tcPr>
          <w:p/>
        </w:tc>
        <w:tc>
          <w:tcPr>
            <w:tcW w:type="dxa" w:w="1440"/>
          </w:tcPr>
          <w:p/>
        </w:tc>
        <w:tc>
          <w:tcPr>
            <w:tcW w:type="dxa" w:w="1440"/>
          </w:tcPr>
          <w:p/>
        </w:tc>
      </w:tr>
      <w:tr>
        <w:tc>
          <w:tcPr>
            <w:tcW w:type="dxa" w:w="1440"/>
          </w:tcPr>
          <w:p/>
        </w:tc>
        <w:tc>
          <w:tcPr>
            <w:tcW w:type="dxa" w:w="1440"/>
          </w:tcPr>
          <w:p/>
        </w:tc>
        <w:tc>
          <w:tcPr>
            <w:tcW w:type="dxa" w:w="1440"/>
          </w:tcPr>
          <w:p/>
        </w:tc>
        <w:tc>
          <w:tcPr>
            <w:tcW w:type="dxa" w:w="1440"/>
          </w:tcPr>
          <w:p/>
        </w:tc>
        <w:tc>
          <w:tcPr>
            <w:tcW w:type="dxa" w:w="1440"/>
          </w:tcPr>
          <w:p/>
        </w:tc>
        <w:tc>
          <w:tcPr>
            <w:tcW w:type="dxa" w:w="1440"/>
          </w:tcPr>
          <w:p/>
        </w:tc>
      </w:tr>
      <w:tr>
        <w:tc>
          <w:tcPr>
            <w:tcW w:type="dxa" w:w="1440"/>
          </w:tcPr>
          <w:p/>
        </w:tc>
        <w:tc>
          <w:tcPr>
            <w:tcW w:type="dxa" w:w="1440"/>
          </w:tcPr>
          <w:p/>
        </w:tc>
        <w:tc>
          <w:tcPr>
            <w:tcW w:type="dxa" w:w="1440"/>
          </w:tcPr>
          <w:p/>
        </w:tc>
        <w:tc>
          <w:tcPr>
            <w:tcW w:type="dxa" w:w="1440"/>
          </w:tcPr>
          <w:p/>
        </w:tc>
        <w:tc>
          <w:tcPr>
            <w:tcW w:type="dxa" w:w="1440"/>
          </w:tcPr>
          <w:p/>
        </w:tc>
        <w:tc>
          <w:tcPr>
            <w:tcW w:type="dxa" w:w="1440"/>
          </w:tcPr>
          <w:p/>
        </w:tc>
      </w:tr>
      <w:tr>
        <w:tc>
          <w:tcPr>
            <w:tcW w:type="dxa" w:w="1440"/>
          </w:tcPr>
          <w:p/>
        </w:tc>
        <w:tc>
          <w:tcPr>
            <w:tcW w:type="dxa" w:w="1440"/>
          </w:tcPr>
          <w:p/>
        </w:tc>
        <w:tc>
          <w:tcPr>
            <w:tcW w:type="dxa" w:w="1440"/>
          </w:tcPr>
          <w:p/>
        </w:tc>
        <w:tc>
          <w:tcPr>
            <w:tcW w:type="dxa" w:w="1440"/>
          </w:tcPr>
          <w:p/>
        </w:tc>
        <w:tc>
          <w:tcPr>
            <w:tcW w:type="dxa" w:w="1440"/>
          </w:tcPr>
          <w:p/>
        </w:tc>
        <w:tc>
          <w:tcPr>
            <w:tcW w:type="dxa" w:w="1440"/>
          </w:tcPr>
          <w:p/>
        </w:tc>
      </w:tr>
      <w:tr>
        <w:tc>
          <w:tcPr>
            <w:tcW w:type="dxa" w:w="1440"/>
          </w:tcPr>
          <w:p/>
        </w:tc>
        <w:tc>
          <w:tcPr>
            <w:tcW w:type="dxa" w:w="1440"/>
          </w:tcPr>
          <w:p/>
        </w:tc>
        <w:tc>
          <w:tcPr>
            <w:tcW w:type="dxa" w:w="1440"/>
          </w:tcPr>
          <w:p/>
        </w:tc>
        <w:tc>
          <w:tcPr>
            <w:tcW w:type="dxa" w:w="1440"/>
          </w:tcPr>
          <w:p/>
        </w:tc>
        <w:tc>
          <w:tcPr>
            <w:tcW w:type="dxa" w:w="1440"/>
          </w:tcPr>
          <w:p/>
        </w:tc>
        <w:tc>
          <w:tcPr>
            <w:tcW w:type="dxa" w:w="1440"/>
          </w:tcPr>
          <w:p/>
        </w:tc>
      </w:tr>
      <w:tr>
        <w:tc>
          <w:tcPr>
            <w:tcW w:type="dxa" w:w="1440"/>
          </w:tcPr>
          <w:p/>
        </w:tc>
        <w:tc>
          <w:tcPr>
            <w:tcW w:type="dxa" w:w="1440"/>
          </w:tcPr>
          <w:p/>
        </w:tc>
        <w:tc>
          <w:tcPr>
            <w:tcW w:type="dxa" w:w="1440"/>
          </w:tcPr>
          <w:p/>
        </w:tc>
        <w:tc>
          <w:tcPr>
            <w:tcW w:type="dxa" w:w="1440"/>
          </w:tcPr>
          <w:p/>
        </w:tc>
        <w:tc>
          <w:tcPr>
            <w:tcW w:type="dxa" w:w="1440"/>
          </w:tcPr>
          <w:p/>
        </w:tc>
        <w:tc>
          <w:tcPr>
            <w:tcW w:type="dxa" w:w="1440"/>
          </w:tcPr>
          <w:p/>
        </w:tc>
      </w:tr>
      <w:tr>
        <w:tc>
          <w:tcPr>
            <w:tcW w:type="dxa" w:w="1440"/>
          </w:tcPr>
          <w:p/>
        </w:tc>
        <w:tc>
          <w:tcPr>
            <w:tcW w:type="dxa" w:w="1440"/>
          </w:tcPr>
          <w:p/>
        </w:tc>
        <w:tc>
          <w:tcPr>
            <w:tcW w:type="dxa" w:w="1440"/>
          </w:tcPr>
          <w:p/>
        </w:tc>
        <w:tc>
          <w:tcPr>
            <w:tcW w:type="dxa" w:w="1440"/>
          </w:tcPr>
          <w:p/>
        </w:tc>
        <w:tc>
          <w:tcPr>
            <w:tcW w:type="dxa" w:w="1440"/>
          </w:tcPr>
          <w:p/>
        </w:tc>
        <w:tc>
          <w:tcPr>
            <w:tcW w:type="dxa" w:w="1440"/>
          </w:tcPr>
          <w:p/>
        </w:tc>
      </w:tr>
      <w:tr>
        <w:tc>
          <w:tcPr>
            <w:tcW w:type="dxa" w:w="1440"/>
          </w:tcPr>
          <w:p/>
        </w:tc>
        <w:tc>
          <w:tcPr>
            <w:tcW w:type="dxa" w:w="1440"/>
          </w:tcPr>
          <w:p/>
        </w:tc>
        <w:tc>
          <w:tcPr>
            <w:tcW w:type="dxa" w:w="1440"/>
          </w:tcPr>
          <w:p/>
        </w:tc>
        <w:tc>
          <w:tcPr>
            <w:tcW w:type="dxa" w:w="1440"/>
          </w:tcPr>
          <w:p/>
        </w:tc>
        <w:tc>
          <w:tcPr>
            <w:tcW w:type="dxa" w:w="1440"/>
          </w:tcPr>
          <w:p/>
        </w:tc>
        <w:tc>
          <w:tcPr>
            <w:tcW w:type="dxa" w:w="1440"/>
          </w:tcPr>
          <w:p/>
        </w:tc>
      </w:tr>
      <w:tr>
        <w:tc>
          <w:tcPr>
            <w:tcW w:type="dxa" w:w="1440"/>
          </w:tcPr>
          <w:p/>
        </w:tc>
        <w:tc>
          <w:tcPr>
            <w:tcW w:type="dxa" w:w="1440"/>
          </w:tcPr>
          <w:p/>
        </w:tc>
        <w:tc>
          <w:tcPr>
            <w:tcW w:type="dxa" w:w="1440"/>
          </w:tcPr>
          <w:p/>
        </w:tc>
        <w:tc>
          <w:tcPr>
            <w:tcW w:type="dxa" w:w="1440"/>
          </w:tcPr>
          <w:p/>
        </w:tc>
        <w:tc>
          <w:tcPr>
            <w:tcW w:type="dxa" w:w="1440"/>
          </w:tcPr>
          <w:p/>
        </w:tc>
        <w:tc>
          <w:tcPr>
            <w:tcW w:type="dxa" w:w="1440"/>
          </w:tcPr>
          <w:p/>
        </w:tc>
      </w:tr>
      <w:tr>
        <w:tc>
          <w:tcPr>
            <w:tcW w:type="dxa" w:w="1440"/>
          </w:tcPr>
          <w:p/>
        </w:tc>
        <w:tc>
          <w:tcPr>
            <w:tcW w:type="dxa" w:w="1440"/>
          </w:tcPr>
          <w:p/>
        </w:tc>
        <w:tc>
          <w:tcPr>
            <w:tcW w:type="dxa" w:w="1440"/>
          </w:tcPr>
          <w:p/>
        </w:tc>
        <w:tc>
          <w:tcPr>
            <w:tcW w:type="dxa" w:w="1440"/>
          </w:tcPr>
          <w:p/>
        </w:tc>
        <w:tc>
          <w:tcPr>
            <w:tcW w:type="dxa" w:w="1440"/>
          </w:tcPr>
          <w:p/>
        </w:tc>
        <w:tc>
          <w:tcPr>
            <w:tcW w:type="dxa" w:w="1440"/>
          </w:tcPr>
          <w:p/>
        </w:tc>
      </w:tr>
    </w:tbl>
    <w:p>
      <w:pPr>
        <w:pStyle w:val="Heading2"/>
      </w:pPr>
      <w:r>
        <w:t>Exemptions</w:t>
      </w:r>
    </w:p>
    <w:p>
      <w:r>
        <w:t>Fill this in only if your child has an exemption that our state allows, and attach the official exemption form. During an outbreak, the health department may ask that children who aren't vaccinated against that disease stay home.</w:t>
      </w:r>
    </w:p>
    <w:p>
      <w:r>
        <w:t>☐  Exemption form attached</w:t>
      </w:r>
    </w:p>
    <w:p>
      <w:r>
        <w:t>Type of exemption and the vaccines it covers: ________________</w:t>
      </w:r>
    </w:p>
    <w:p>
      <w:pPr>
        <w:pStyle w:val="Heading2"/>
      </w:pPr>
      <w:r>
        <w:t>Checkups and screenings</w:t>
      </w:r>
    </w:p>
    <w:p>
      <w:r>
        <w:t>Date of last well-child checkup: _____________________________</w:t>
      </w:r>
    </w:p>
    <w:p>
      <w:r>
        <w:t>Next checkup due: ____________________________________________</w:t>
      </w:r>
    </w:p>
    <w:p>
      <w:r>
        <w:t>Health screenings and dates (such as vision, hearing, lead or developmental screening, if our state or program asks for them)</w:t>
        <w:br/>
        <w:t>______________________________________________________________________</w:t>
      </w:r>
    </w:p>
    <w:p>
      <w:pPr>
        <w:pStyle w:val="Heading2"/>
      </w:pPr>
      <w:r>
        <w:t>Health information</w:t>
      </w:r>
    </w:p>
    <w:p>
      <w:r>
        <w:t>If your child has allergies, takes medicine or has other health needs, please also fill out our medical and allergy form.</w:t>
      </w:r>
    </w:p>
    <w:p>
      <w:r>
        <w:t>Allergies and reactions: _____________________________________</w:t>
      </w:r>
    </w:p>
    <w:p>
      <w:r>
        <w:t>Ongoing health conditions (such as asthma, diabetes or seizures)</w:t>
        <w:br/>
        <w:t>______________________________________________________________________</w:t>
      </w:r>
    </w:p>
    <w:p>
      <w:r>
        <w:t>Medicines taken regularly: ___________________________________</w:t>
      </w:r>
    </w:p>
    <w:p>
      <w:r>
        <w:t>Anything else that helps us care for your child</w:t>
        <w:br/>
        <w:t>______________________________________________________________________</w:t>
      </w:r>
    </w:p>
    <w:p>
      <w:pPr>
        <w:pStyle w:val="Heading2"/>
      </w:pPr>
      <w:r>
        <w:t>Health care provider signature (if our state or program requires it)</w:t>
      </w:r>
    </w:p>
    <w:p>
      <w:r>
        <w:t>Some states require a health care provider to sign a child's health record or health assessment before the child starts childcare.</w:t>
      </w:r>
    </w:p>
    <w:p>
      <w:r>
        <w:t>Health care provider's printed name: _________________________</w:t>
      </w:r>
    </w:p>
    <w:p>
      <w:r>
        <w:t>Health care provider signature and date: _____________________</w:t>
      </w:r>
    </w:p>
    <w:p>
      <w:pPr>
        <w:pStyle w:val="Heading2"/>
      </w:pPr>
      <w:r>
        <w:t>Parent or guardian</w:t>
      </w:r>
    </w:p>
    <w:p>
      <w:r>
        <w:t>The information on this form is correct to the best of my knowledge. I'll tell the program when my child gets a vaccine, has a checkup or has a change in their health.</w:t>
      </w:r>
    </w:p>
    <w:p>
      <w:r>
        <w:t>Parent or guardian's printed name: ___________________________</w:t>
      </w:r>
    </w:p>
    <w:p>
      <w:r>
        <w:t>Parent or guardian signature: ________________________________</w:t>
      </w:r>
    </w:p>
    <w:p>
      <w:r>
        <w:t>Date: ________________________________________________________</w:t>
      </w:r>
    </w:p>
    <w:p>
      <w:pPr>
        <w:pStyle w:val="Heading2"/>
      </w:pPr>
      <w:r>
        <w:t>For program use</w:t>
      </w:r>
    </w:p>
    <w:p>
      <w:r>
        <w:t>Reviewed by and date: ________________________________________</w:t>
      </w:r>
    </w:p>
    <w:p>
      <w:r>
        <w:t>Next vaccines or records due (date): _________________________</w:t>
      </w:r>
    </w:p>
    <w:p>
      <w:r>
        <w:t>Follow-up with the family (date and notes): __________________</w:t>
      </w:r>
    </w:p>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immunization and health record form</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