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Head count and buddy check log</w:t>
      </w:r>
    </w:p>
    <w:p>
      <w:r>
        <w:t>Count every time the group moves: leaving and arriving at each area, getting on and off the bus, and before, during and after swim. If the count is off, stop, recount and tell the director right away.</w:t>
      </w:r>
    </w:p>
    <w:p>
      <w:pPr>
        <w:pStyle w:val="Heading2"/>
      </w:pPr>
      <w:r>
        <w:t>Group</w:t>
      </w:r>
    </w:p>
    <w:p>
      <w:r>
        <w:t>Group: _______________________________________________________</w:t>
      </w:r>
    </w:p>
    <w:p>
      <w:r>
        <w:t>Date: ________________________________________________________</w:t>
      </w:r>
    </w:p>
    <w:p>
      <w:r>
        <w:t>Children on today's roster: __________________________________</w:t>
      </w:r>
    </w:p>
    <w:p>
      <w:r>
        <w:t>Staff with the group: ________________________________________</w:t>
      </w:r>
    </w:p>
    <w:p>
      <w:pPr>
        <w:pStyle w:val="Heading2"/>
      </w:pPr>
      <w:r>
        <w:t>Counts</w:t>
      </w:r>
    </w:p>
    <w:tbl>
      <w:tblPr>
        <w:tblStyle w:val="TableGrid"/>
        <w:tblW w:type="auto" w:w="0"/>
        <w:tblLook w:firstColumn="1" w:firstRow="1" w:lastColumn="0" w:lastRow="0" w:noHBand="0" w:noVBand="1" w:val="04A0"/>
      </w:tblPr>
      <w:tblGrid>
        <w:gridCol w:w="2040"/>
        <w:gridCol w:w="2040"/>
        <w:gridCol w:w="2040"/>
        <w:gridCol w:w="2040"/>
        <w:gridCol w:w="2040"/>
        <w:gridCol w:w="2040"/>
      </w:tblGrid>
      <w:tr>
        <w:tc>
          <w:tcPr>
            <w:tcW w:type="dxa" w:w="2040"/>
          </w:tcPr>
          <w:p>
            <w:r>
              <w:t>Time</w:t>
            </w:r>
          </w:p>
        </w:tc>
        <w:tc>
          <w:tcPr>
            <w:tcW w:type="dxa" w:w="2040"/>
          </w:tcPr>
          <w:p>
            <w:r>
              <w:t>Location or transition</w:t>
            </w:r>
          </w:p>
        </w:tc>
        <w:tc>
          <w:tcPr>
            <w:tcW w:type="dxa" w:w="2040"/>
          </w:tcPr>
          <w:p>
            <w:r>
              <w:t>Count</w:t>
            </w:r>
          </w:p>
        </w:tc>
        <w:tc>
          <w:tcPr>
            <w:tcW w:type="dxa" w:w="2040"/>
          </w:tcPr>
          <w:p>
            <w:r>
              <w:t>Matches roster?</w:t>
            </w:r>
          </w:p>
        </w:tc>
        <w:tc>
          <w:tcPr>
            <w:tcW w:type="dxa" w:w="2040"/>
          </w:tcPr>
          <w:p>
            <w:r>
              <w:t>Staff initials</w:t>
            </w:r>
          </w:p>
        </w:tc>
        <w:tc>
          <w:tcPr>
            <w:tcW w:type="dxa" w:w="2040"/>
          </w:tcPr>
          <w:p>
            <w:r>
              <w:t>Notes</w:t>
            </w:r>
          </w:p>
        </w:tc>
      </w:tr>
      <w:tr>
        <w:tc>
          <w:tcPr>
            <w:tcW w:type="dxa" w:w="2040"/>
          </w:tcPr>
          <w:p/>
        </w:tc>
        <w:tc>
          <w:tcPr>
            <w:tcW w:type="dxa" w:w="2040"/>
          </w:tcPr>
          <w:p/>
        </w:tc>
        <w:tc>
          <w:tcPr>
            <w:tcW w:type="dxa" w:w="2040"/>
          </w:tcPr>
          <w:p/>
        </w:tc>
        <w:tc>
          <w:tcPr>
            <w:tcW w:type="dxa" w:w="2040"/>
          </w:tcPr>
          <w:p/>
        </w:tc>
        <w:tc>
          <w:tcPr>
            <w:tcW w:type="dxa" w:w="2040"/>
          </w:tcPr>
          <w:p/>
        </w:tc>
        <w:tc>
          <w:tcPr>
            <w:tcW w:type="dxa" w:w="2040"/>
          </w:tcPr>
          <w:p/>
        </w:tc>
      </w:tr>
      <w:tr>
        <w:tc>
          <w:tcPr>
            <w:tcW w:type="dxa" w:w="2040"/>
          </w:tcPr>
          <w:p/>
        </w:tc>
        <w:tc>
          <w:tcPr>
            <w:tcW w:type="dxa" w:w="2040"/>
          </w:tcPr>
          <w:p/>
        </w:tc>
        <w:tc>
          <w:tcPr>
            <w:tcW w:type="dxa" w:w="2040"/>
          </w:tcPr>
          <w:p/>
        </w:tc>
        <w:tc>
          <w:tcPr>
            <w:tcW w:type="dxa" w:w="2040"/>
          </w:tcPr>
          <w:p/>
        </w:tc>
        <w:tc>
          <w:tcPr>
            <w:tcW w:type="dxa" w:w="2040"/>
          </w:tcPr>
          <w:p/>
        </w:tc>
        <w:tc>
          <w:tcPr>
            <w:tcW w:type="dxa" w:w="2040"/>
          </w:tcPr>
          <w:p/>
        </w:tc>
      </w:tr>
      <w:tr>
        <w:tc>
          <w:tcPr>
            <w:tcW w:type="dxa" w:w="2040"/>
          </w:tcPr>
          <w:p/>
        </w:tc>
        <w:tc>
          <w:tcPr>
            <w:tcW w:type="dxa" w:w="2040"/>
          </w:tcPr>
          <w:p/>
        </w:tc>
        <w:tc>
          <w:tcPr>
            <w:tcW w:type="dxa" w:w="2040"/>
          </w:tcPr>
          <w:p/>
        </w:tc>
        <w:tc>
          <w:tcPr>
            <w:tcW w:type="dxa" w:w="2040"/>
          </w:tcPr>
          <w:p/>
        </w:tc>
        <w:tc>
          <w:tcPr>
            <w:tcW w:type="dxa" w:w="2040"/>
          </w:tcPr>
          <w:p/>
        </w:tc>
        <w:tc>
          <w:tcPr>
            <w:tcW w:type="dxa" w:w="2040"/>
          </w:tcPr>
          <w:p/>
        </w:tc>
      </w:tr>
      <w:tr>
        <w:tc>
          <w:tcPr>
            <w:tcW w:type="dxa" w:w="2040"/>
          </w:tcPr>
          <w:p/>
        </w:tc>
        <w:tc>
          <w:tcPr>
            <w:tcW w:type="dxa" w:w="2040"/>
          </w:tcPr>
          <w:p/>
        </w:tc>
        <w:tc>
          <w:tcPr>
            <w:tcW w:type="dxa" w:w="2040"/>
          </w:tcPr>
          <w:p/>
        </w:tc>
        <w:tc>
          <w:tcPr>
            <w:tcW w:type="dxa" w:w="2040"/>
          </w:tcPr>
          <w:p/>
        </w:tc>
        <w:tc>
          <w:tcPr>
            <w:tcW w:type="dxa" w:w="2040"/>
          </w:tcPr>
          <w:p/>
        </w:tc>
        <w:tc>
          <w:tcPr>
            <w:tcW w:type="dxa" w:w="2040"/>
          </w:tcPr>
          <w:p/>
        </w:tc>
      </w:tr>
      <w:tr>
        <w:tc>
          <w:tcPr>
            <w:tcW w:type="dxa" w:w="2040"/>
          </w:tcPr>
          <w:p/>
        </w:tc>
        <w:tc>
          <w:tcPr>
            <w:tcW w:type="dxa" w:w="2040"/>
          </w:tcPr>
          <w:p/>
        </w:tc>
        <w:tc>
          <w:tcPr>
            <w:tcW w:type="dxa" w:w="2040"/>
          </w:tcPr>
          <w:p/>
        </w:tc>
        <w:tc>
          <w:tcPr>
            <w:tcW w:type="dxa" w:w="2040"/>
          </w:tcPr>
          <w:p/>
        </w:tc>
        <w:tc>
          <w:tcPr>
            <w:tcW w:type="dxa" w:w="2040"/>
          </w:tcPr>
          <w:p/>
        </w:tc>
        <w:tc>
          <w:tcPr>
            <w:tcW w:type="dxa" w:w="2040"/>
          </w:tcPr>
          <w:p/>
        </w:tc>
      </w:tr>
      <w:tr>
        <w:tc>
          <w:tcPr>
            <w:tcW w:type="dxa" w:w="2040"/>
          </w:tcPr>
          <w:p/>
        </w:tc>
        <w:tc>
          <w:tcPr>
            <w:tcW w:type="dxa" w:w="2040"/>
          </w:tcPr>
          <w:p/>
        </w:tc>
        <w:tc>
          <w:tcPr>
            <w:tcW w:type="dxa" w:w="2040"/>
          </w:tcPr>
          <w:p/>
        </w:tc>
        <w:tc>
          <w:tcPr>
            <w:tcW w:type="dxa" w:w="2040"/>
          </w:tcPr>
          <w:p/>
        </w:tc>
        <w:tc>
          <w:tcPr>
            <w:tcW w:type="dxa" w:w="2040"/>
          </w:tcPr>
          <w:p/>
        </w:tc>
        <w:tc>
          <w:tcPr>
            <w:tcW w:type="dxa" w:w="2040"/>
          </w:tcPr>
          <w:p/>
        </w:tc>
      </w:tr>
      <w:tr>
        <w:tc>
          <w:tcPr>
            <w:tcW w:type="dxa" w:w="2040"/>
          </w:tcPr>
          <w:p/>
        </w:tc>
        <w:tc>
          <w:tcPr>
            <w:tcW w:type="dxa" w:w="2040"/>
          </w:tcPr>
          <w:p/>
        </w:tc>
        <w:tc>
          <w:tcPr>
            <w:tcW w:type="dxa" w:w="2040"/>
          </w:tcPr>
          <w:p/>
        </w:tc>
        <w:tc>
          <w:tcPr>
            <w:tcW w:type="dxa" w:w="2040"/>
          </w:tcPr>
          <w:p/>
        </w:tc>
        <w:tc>
          <w:tcPr>
            <w:tcW w:type="dxa" w:w="2040"/>
          </w:tcPr>
          <w:p/>
        </w:tc>
        <w:tc>
          <w:tcPr>
            <w:tcW w:type="dxa" w:w="2040"/>
          </w:tcPr>
          <w:p/>
        </w:tc>
      </w:tr>
      <w:tr>
        <w:tc>
          <w:tcPr>
            <w:tcW w:type="dxa" w:w="2040"/>
          </w:tcPr>
          <w:p/>
        </w:tc>
        <w:tc>
          <w:tcPr>
            <w:tcW w:type="dxa" w:w="2040"/>
          </w:tcPr>
          <w:p/>
        </w:tc>
        <w:tc>
          <w:tcPr>
            <w:tcW w:type="dxa" w:w="2040"/>
          </w:tcPr>
          <w:p/>
        </w:tc>
        <w:tc>
          <w:tcPr>
            <w:tcW w:type="dxa" w:w="2040"/>
          </w:tcPr>
          <w:p/>
        </w:tc>
        <w:tc>
          <w:tcPr>
            <w:tcW w:type="dxa" w:w="2040"/>
          </w:tcPr>
          <w:p/>
        </w:tc>
        <w:tc>
          <w:tcPr>
            <w:tcW w:type="dxa" w:w="2040"/>
          </w:tcPr>
          <w:p/>
        </w:tc>
      </w:tr>
      <w:tr>
        <w:tc>
          <w:tcPr>
            <w:tcW w:type="dxa" w:w="2040"/>
          </w:tcPr>
          <w:p/>
        </w:tc>
        <w:tc>
          <w:tcPr>
            <w:tcW w:type="dxa" w:w="2040"/>
          </w:tcPr>
          <w:p/>
        </w:tc>
        <w:tc>
          <w:tcPr>
            <w:tcW w:type="dxa" w:w="2040"/>
          </w:tcPr>
          <w:p/>
        </w:tc>
        <w:tc>
          <w:tcPr>
            <w:tcW w:type="dxa" w:w="2040"/>
          </w:tcPr>
          <w:p/>
        </w:tc>
        <w:tc>
          <w:tcPr>
            <w:tcW w:type="dxa" w:w="2040"/>
          </w:tcPr>
          <w:p/>
        </w:tc>
        <w:tc>
          <w:tcPr>
            <w:tcW w:type="dxa" w:w="2040"/>
          </w:tcPr>
          <w:p/>
        </w:tc>
      </w:tr>
      <w:tr>
        <w:tc>
          <w:tcPr>
            <w:tcW w:type="dxa" w:w="2040"/>
          </w:tcPr>
          <w:p/>
        </w:tc>
        <w:tc>
          <w:tcPr>
            <w:tcW w:type="dxa" w:w="2040"/>
          </w:tcPr>
          <w:p/>
        </w:tc>
        <w:tc>
          <w:tcPr>
            <w:tcW w:type="dxa" w:w="2040"/>
          </w:tcPr>
          <w:p/>
        </w:tc>
        <w:tc>
          <w:tcPr>
            <w:tcW w:type="dxa" w:w="2040"/>
          </w:tcPr>
          <w:p/>
        </w:tc>
        <w:tc>
          <w:tcPr>
            <w:tcW w:type="dxa" w:w="2040"/>
          </w:tcPr>
          <w:p/>
        </w:tc>
        <w:tc>
          <w:tcPr>
            <w:tcW w:type="dxa" w:w="2040"/>
          </w:tcPr>
          <w:p/>
        </w:tc>
      </w:tr>
      <w:tr>
        <w:tc>
          <w:tcPr>
            <w:tcW w:type="dxa" w:w="2040"/>
          </w:tcPr>
          <w:p/>
        </w:tc>
        <w:tc>
          <w:tcPr>
            <w:tcW w:type="dxa" w:w="2040"/>
          </w:tcPr>
          <w:p/>
        </w:tc>
        <w:tc>
          <w:tcPr>
            <w:tcW w:type="dxa" w:w="2040"/>
          </w:tcPr>
          <w:p/>
        </w:tc>
        <w:tc>
          <w:tcPr>
            <w:tcW w:type="dxa" w:w="2040"/>
          </w:tcPr>
          <w:p/>
        </w:tc>
        <w:tc>
          <w:tcPr>
            <w:tcW w:type="dxa" w:w="2040"/>
          </w:tcPr>
          <w:p/>
        </w:tc>
        <w:tc>
          <w:tcPr>
            <w:tcW w:type="dxa" w:w="2040"/>
          </w:tcPr>
          <w:p/>
        </w:tc>
      </w:tr>
      <w:tr>
        <w:tc>
          <w:tcPr>
            <w:tcW w:type="dxa" w:w="2040"/>
          </w:tcPr>
          <w:p/>
        </w:tc>
        <w:tc>
          <w:tcPr>
            <w:tcW w:type="dxa" w:w="2040"/>
          </w:tcPr>
          <w:p/>
        </w:tc>
        <w:tc>
          <w:tcPr>
            <w:tcW w:type="dxa" w:w="2040"/>
          </w:tcPr>
          <w:p/>
        </w:tc>
        <w:tc>
          <w:tcPr>
            <w:tcW w:type="dxa" w:w="2040"/>
          </w:tcPr>
          <w:p/>
        </w:tc>
        <w:tc>
          <w:tcPr>
            <w:tcW w:type="dxa" w:w="2040"/>
          </w:tcPr>
          <w:p/>
        </w:tc>
        <w:tc>
          <w:tcPr>
            <w:tcW w:type="dxa" w:w="2040"/>
          </w:tcPr>
          <w:p/>
        </w:tc>
      </w:tr>
      <w:tr>
        <w:tc>
          <w:tcPr>
            <w:tcW w:type="dxa" w:w="2040"/>
          </w:tcPr>
          <w:p/>
        </w:tc>
        <w:tc>
          <w:tcPr>
            <w:tcW w:type="dxa" w:w="2040"/>
          </w:tcPr>
          <w:p/>
        </w:tc>
        <w:tc>
          <w:tcPr>
            <w:tcW w:type="dxa" w:w="2040"/>
          </w:tcPr>
          <w:p/>
        </w:tc>
        <w:tc>
          <w:tcPr>
            <w:tcW w:type="dxa" w:w="2040"/>
          </w:tcPr>
          <w:p/>
        </w:tc>
        <w:tc>
          <w:tcPr>
            <w:tcW w:type="dxa" w:w="2040"/>
          </w:tcPr>
          <w:p/>
        </w:tc>
        <w:tc>
          <w:tcPr>
            <w:tcW w:type="dxa" w:w="2040"/>
          </w:tcPr>
          <w:p/>
        </w:tc>
      </w:tr>
      <w:tr>
        <w:tc>
          <w:tcPr>
            <w:tcW w:type="dxa" w:w="2040"/>
          </w:tcPr>
          <w:p/>
        </w:tc>
        <w:tc>
          <w:tcPr>
            <w:tcW w:type="dxa" w:w="2040"/>
          </w:tcPr>
          <w:p/>
        </w:tc>
        <w:tc>
          <w:tcPr>
            <w:tcW w:type="dxa" w:w="2040"/>
          </w:tcPr>
          <w:p/>
        </w:tc>
        <w:tc>
          <w:tcPr>
            <w:tcW w:type="dxa" w:w="2040"/>
          </w:tcPr>
          <w:p/>
        </w:tc>
        <w:tc>
          <w:tcPr>
            <w:tcW w:type="dxa" w:w="2040"/>
          </w:tcPr>
          <w:p/>
        </w:tc>
        <w:tc>
          <w:tcPr>
            <w:tcW w:type="dxa" w:w="2040"/>
          </w:tcPr>
          <w:p/>
        </w:tc>
      </w:tr>
      <w:tr>
        <w:tc>
          <w:tcPr>
            <w:tcW w:type="dxa" w:w="2040"/>
          </w:tcPr>
          <w:p/>
        </w:tc>
        <w:tc>
          <w:tcPr>
            <w:tcW w:type="dxa" w:w="2040"/>
          </w:tcPr>
          <w:p/>
        </w:tc>
        <w:tc>
          <w:tcPr>
            <w:tcW w:type="dxa" w:w="2040"/>
          </w:tcPr>
          <w:p/>
        </w:tc>
        <w:tc>
          <w:tcPr>
            <w:tcW w:type="dxa" w:w="2040"/>
          </w:tcPr>
          <w:p/>
        </w:tc>
        <w:tc>
          <w:tcPr>
            <w:tcW w:type="dxa" w:w="2040"/>
          </w:tcPr>
          <w:p/>
        </w:tc>
        <w:tc>
          <w:tcPr>
            <w:tcW w:type="dxa" w:w="2040"/>
          </w:tcPr>
          <w:p/>
        </w:tc>
      </w:tr>
      <w:tr>
        <w:tc>
          <w:tcPr>
            <w:tcW w:type="dxa" w:w="2040"/>
          </w:tcPr>
          <w:p/>
        </w:tc>
        <w:tc>
          <w:tcPr>
            <w:tcW w:type="dxa" w:w="2040"/>
          </w:tcPr>
          <w:p/>
        </w:tc>
        <w:tc>
          <w:tcPr>
            <w:tcW w:type="dxa" w:w="2040"/>
          </w:tcPr>
          <w:p/>
        </w:tc>
        <w:tc>
          <w:tcPr>
            <w:tcW w:type="dxa" w:w="2040"/>
          </w:tcPr>
          <w:p/>
        </w:tc>
        <w:tc>
          <w:tcPr>
            <w:tcW w:type="dxa" w:w="2040"/>
          </w:tcPr>
          <w:p/>
        </w:tc>
        <w:tc>
          <w:tcPr>
            <w:tcW w:type="dxa" w:w="2040"/>
          </w:tcPr>
          <w:p/>
        </w:tc>
      </w:tr>
      <w:tr>
        <w:tc>
          <w:tcPr>
            <w:tcW w:type="dxa" w:w="2040"/>
          </w:tcPr>
          <w:p/>
        </w:tc>
        <w:tc>
          <w:tcPr>
            <w:tcW w:type="dxa" w:w="2040"/>
          </w:tcPr>
          <w:p/>
        </w:tc>
        <w:tc>
          <w:tcPr>
            <w:tcW w:type="dxa" w:w="2040"/>
          </w:tcPr>
          <w:p/>
        </w:tc>
        <w:tc>
          <w:tcPr>
            <w:tcW w:type="dxa" w:w="2040"/>
          </w:tcPr>
          <w:p/>
        </w:tc>
        <w:tc>
          <w:tcPr>
            <w:tcW w:type="dxa" w:w="2040"/>
          </w:tcPr>
          <w:p/>
        </w:tc>
        <w:tc>
          <w:tcPr>
            <w:tcW w:type="dxa" w:w="2040"/>
          </w:tcPr>
          <w:p/>
        </w:tc>
      </w:tr>
      <w:tr>
        <w:tc>
          <w:tcPr>
            <w:tcW w:type="dxa" w:w="2040"/>
          </w:tcPr>
          <w:p/>
        </w:tc>
        <w:tc>
          <w:tcPr>
            <w:tcW w:type="dxa" w:w="2040"/>
          </w:tcPr>
          <w:p/>
        </w:tc>
        <w:tc>
          <w:tcPr>
            <w:tcW w:type="dxa" w:w="2040"/>
          </w:tcPr>
          <w:p/>
        </w:tc>
        <w:tc>
          <w:tcPr>
            <w:tcW w:type="dxa" w:w="2040"/>
          </w:tcPr>
          <w:p/>
        </w:tc>
        <w:tc>
          <w:tcPr>
            <w:tcW w:type="dxa" w:w="2040"/>
          </w:tcPr>
          <w:p/>
        </w:tc>
        <w:tc>
          <w:tcPr>
            <w:tcW w:type="dxa" w:w="2040"/>
          </w:tcPr>
          <w:p/>
        </w:tc>
      </w:tr>
    </w:tbl>
    <w:p>
      <w:pPr>
        <w:pStyle w:val="Heading2"/>
      </w:pPr>
      <w:r>
        <w:t>Swim buddy checks</w:t>
      </w:r>
    </w:p>
    <w:tbl>
      <w:tblPr>
        <w:tblStyle w:val="TableGrid"/>
        <w:tblW w:type="auto" w:w="0"/>
        <w:tblLook w:firstColumn="1" w:firstRow="1" w:lastColumn="0" w:lastRow="0" w:noHBand="0" w:noVBand="1" w:val="04A0"/>
      </w:tblPr>
      <w:tblGrid>
        <w:gridCol w:w="3060"/>
        <w:gridCol w:w="3060"/>
        <w:gridCol w:w="3060"/>
        <w:gridCol w:w="3060"/>
      </w:tblGrid>
      <w:tr>
        <w:tc>
          <w:tcPr>
            <w:tcW w:type="dxa" w:w="3060"/>
          </w:tcPr>
          <w:p>
            <w:r>
              <w:t>Time</w:t>
            </w:r>
          </w:p>
        </w:tc>
        <w:tc>
          <w:tcPr>
            <w:tcW w:type="dxa" w:w="3060"/>
          </w:tcPr>
          <w:p>
            <w:r>
              <w:t>Buddy pairs called</w:t>
            </w:r>
          </w:p>
        </w:tc>
        <w:tc>
          <w:tcPr>
            <w:tcW w:type="dxa" w:w="3060"/>
          </w:tcPr>
          <w:p>
            <w:r>
              <w:t>All pairs found?</w:t>
            </w:r>
          </w:p>
        </w:tc>
        <w:tc>
          <w:tcPr>
            <w:tcW w:type="dxa" w:w="3060"/>
          </w:tcPr>
          <w:p>
            <w:r>
              <w:t>Lifeguard initials</w:t>
            </w:r>
          </w:p>
        </w:tc>
      </w:tr>
      <w:tr>
        <w:tc>
          <w:tcPr>
            <w:tcW w:type="dxa" w:w="3060"/>
          </w:tcPr>
          <w:p/>
        </w:tc>
        <w:tc>
          <w:tcPr>
            <w:tcW w:type="dxa" w:w="3060"/>
          </w:tcPr>
          <w:p/>
        </w:tc>
        <w:tc>
          <w:tcPr>
            <w:tcW w:type="dxa" w:w="3060"/>
          </w:tcPr>
          <w:p/>
        </w:tc>
        <w:tc>
          <w:tcPr>
            <w:tcW w:type="dxa" w:w="3060"/>
          </w:tcPr>
          <w:p/>
        </w:tc>
      </w:tr>
      <w:tr>
        <w:tc>
          <w:tcPr>
            <w:tcW w:type="dxa" w:w="3060"/>
          </w:tcPr>
          <w:p/>
        </w:tc>
        <w:tc>
          <w:tcPr>
            <w:tcW w:type="dxa" w:w="3060"/>
          </w:tcPr>
          <w:p/>
        </w:tc>
        <w:tc>
          <w:tcPr>
            <w:tcW w:type="dxa" w:w="3060"/>
          </w:tcPr>
          <w:p/>
        </w:tc>
        <w:tc>
          <w:tcPr>
            <w:tcW w:type="dxa" w:w="3060"/>
          </w:tcPr>
          <w:p/>
        </w:tc>
      </w:tr>
      <w:tr>
        <w:tc>
          <w:tcPr>
            <w:tcW w:type="dxa" w:w="3060"/>
          </w:tcPr>
          <w:p/>
        </w:tc>
        <w:tc>
          <w:tcPr>
            <w:tcW w:type="dxa" w:w="3060"/>
          </w:tcPr>
          <w:p/>
        </w:tc>
        <w:tc>
          <w:tcPr>
            <w:tcW w:type="dxa" w:w="3060"/>
          </w:tcPr>
          <w:p/>
        </w:tc>
        <w:tc>
          <w:tcPr>
            <w:tcW w:type="dxa" w:w="3060"/>
          </w:tcPr>
          <w:p/>
        </w:tc>
      </w:tr>
      <w:tr>
        <w:tc>
          <w:tcPr>
            <w:tcW w:type="dxa" w:w="3060"/>
          </w:tcPr>
          <w:p/>
        </w:tc>
        <w:tc>
          <w:tcPr>
            <w:tcW w:type="dxa" w:w="3060"/>
          </w:tcPr>
          <w:p/>
        </w:tc>
        <w:tc>
          <w:tcPr>
            <w:tcW w:type="dxa" w:w="3060"/>
          </w:tcPr>
          <w:p/>
        </w:tc>
        <w:tc>
          <w:tcPr>
            <w:tcW w:type="dxa" w:w="3060"/>
          </w:tcPr>
          <w:p/>
        </w:tc>
      </w:tr>
      <w:tr>
        <w:tc>
          <w:tcPr>
            <w:tcW w:type="dxa" w:w="3060"/>
          </w:tcPr>
          <w:p/>
        </w:tc>
        <w:tc>
          <w:tcPr>
            <w:tcW w:type="dxa" w:w="3060"/>
          </w:tcPr>
          <w:p/>
        </w:tc>
        <w:tc>
          <w:tcPr>
            <w:tcW w:type="dxa" w:w="3060"/>
          </w:tcPr>
          <w:p/>
        </w:tc>
        <w:tc>
          <w:tcPr>
            <w:tcW w:type="dxa" w:w="3060"/>
          </w:tcPr>
          <w:p/>
        </w:tc>
      </w:tr>
      <w:tr>
        <w:tc>
          <w:tcPr>
            <w:tcW w:type="dxa" w:w="3060"/>
          </w:tcPr>
          <w:p/>
        </w:tc>
        <w:tc>
          <w:tcPr>
            <w:tcW w:type="dxa" w:w="3060"/>
          </w:tcPr>
          <w:p/>
        </w:tc>
        <w:tc>
          <w:tcPr>
            <w:tcW w:type="dxa" w:w="3060"/>
          </w:tcPr>
          <w:p/>
        </w:tc>
        <w:tc>
          <w:tcPr>
            <w:tcW w:type="dxa" w:w="3060"/>
          </w:tcPr>
          <w:p/>
        </w:tc>
      </w:tr>
    </w:tbl>
    <w:p>
      <w:r>
        <w:rPr>
          <w:color w:val="71717A"/>
          <w:sz w:val="17"/>
        </w:rPr>
        <w:t>Free to use and change, but not legal or medical advice. Check your state's licensing rules and your insurer's requirements, and have a lawyer review any consent or waiver language. Template from BackPR · backpr.com.</w:t>
      </w:r>
    </w:p>
    <w:sectPr w:rsidR="00FC693F" w:rsidRPr="0006063C" w:rsidSect="00034616">
      <w:pgSz w:w="15840" w:h="12240" w:orient="landscape"/>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 count and buddy check log</dc:title>
  <dc:subject/>
  <dc:creator>BackPR</dc:creator>
  <cp:keywords/>
  <dc:description>generated by python-docx</dc:description>
  <cp:lastModifiedBy/>
  <cp:revision>1</cp:revision>
  <dcterms:created xsi:type="dcterms:W3CDTF">2013-12-23T23:15:00Z</dcterms:created>
  <dcterms:modified xsi:type="dcterms:W3CDTF">2013-12-23T23:15:00Z</dcterms:modified>
  <cp:category/>
  <dc:language>en</dc:language>
</cp:coreProperties>
</file>