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Grant attendance report</w:t>
      </w:r>
    </w:p>
    <w:p>
      <w:r>
        <w:t>Fill this in from your daily sign-in sheets or attendance records. Report only what your records can back up, and use your funder's definitions where they differ from ours.</w:t>
      </w:r>
    </w:p>
    <w:p>
      <w:pPr>
        <w:pStyle w:val="Heading2"/>
      </w:pPr>
      <w:r>
        <w:t>Program information</w:t>
      </w:r>
    </w:p>
    <w:p>
      <w:r>
        <w:t>Program name: ________________________________________________</w:t>
      </w:r>
    </w:p>
    <w:p>
      <w:r>
        <w:t>Funder and grant name: _______________________________________</w:t>
      </w:r>
    </w:p>
    <w:p>
      <w:r>
        <w:t>Grant or award number: _______________________________________</w:t>
      </w:r>
    </w:p>
    <w:p>
      <w:r>
        <w:t>Reporting period: ____________________________________________</w:t>
      </w:r>
    </w:p>
    <w:p>
      <w:r>
        <w:t>Site name and address: _______________________________________</w:t>
      </w:r>
    </w:p>
    <w:p>
      <w:r>
        <w:t>Days and hours open: _________________________________________</w:t>
      </w:r>
    </w:p>
    <w:p>
      <w:r>
        <w:t>Contact name, phone and email: _______________________________</w:t>
      </w:r>
    </w:p>
    <w:p>
      <w:pPr>
        <w:pStyle w:val="Heading2"/>
      </w:pPr>
      <w:r>
        <w:t>Enrollment</w:t>
      </w:r>
    </w:p>
    <w:p>
      <w:r>
        <w:t>Children enrolled at the end of the period: __________________</w:t>
      </w:r>
    </w:p>
    <w:p>
      <w:r>
        <w:t>New children this period: ____________________________________</w:t>
      </w:r>
    </w:p>
    <w:p>
      <w:r>
        <w:t>Children who left the program: _______________________________</w:t>
      </w:r>
    </w:p>
    <w:p>
      <w:pPr>
        <w:pStyle w:val="Heading2"/>
      </w:pPr>
      <w:r>
        <w:t>Monthly 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Month</w:t>
            </w:r>
          </w:p>
        </w:tc>
        <w:tc>
          <w:tcPr>
            <w:tcW w:type="dxa" w:w="1440"/>
          </w:tcPr>
          <w:p>
            <w:r>
              <w:t>Days open</w:t>
            </w:r>
          </w:p>
        </w:tc>
        <w:tc>
          <w:tcPr>
            <w:tcW w:type="dxa" w:w="1440"/>
          </w:tcPr>
          <w:p>
            <w:r>
              <w:t>Children enrolled</w:t>
            </w:r>
          </w:p>
        </w:tc>
        <w:tc>
          <w:tcPr>
            <w:tcW w:type="dxa" w:w="1440"/>
          </w:tcPr>
          <w:p>
            <w:r>
              <w:t>Total child-days</w:t>
            </w:r>
          </w:p>
        </w:tc>
        <w:tc>
          <w:tcPr>
            <w:tcW w:type="dxa" w:w="1440"/>
          </w:tcPr>
          <w:p>
            <w:r>
              <w:t>Average daily attendance</w:t>
            </w:r>
          </w:p>
        </w:tc>
        <w:tc>
          <w:tcPr>
            <w:tcW w:type="dxa" w:w="1440"/>
          </w:tcPr>
          <w:p>
            <w:r>
              <w:t>Regular attendees to date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How to count</w:t>
      </w:r>
    </w:p>
    <w:p>
      <w:pPr>
        <w:pStyle w:val="ListBullet"/>
      </w:pPr>
      <w:r>
        <w:t>Child-days: add up the number of children present on each day the program was open.</w:t>
      </w:r>
    </w:p>
    <w:p>
      <w:pPr>
        <w:pStyle w:val="ListBullet"/>
      </w:pPr>
      <w:r>
        <w:t>Average daily attendance: total child-days divided by days open.</w:t>
      </w:r>
    </w:p>
    <w:p>
      <w:pPr>
        <w:pStyle w:val="ListBullet"/>
      </w:pPr>
      <w:r>
        <w:t>Regular attendees: children who have attended at least [the number of days your funder sets] so far this [year].</w:t>
      </w:r>
    </w:p>
    <w:p>
      <w:pPr>
        <w:pStyle w:val="Heading2"/>
      </w:pPr>
      <w:r>
        <w:t>Who we served</w:t>
      </w:r>
    </w:p>
    <w:p>
      <w:r>
        <w:t>Ages or grades served: _______________________________________</w:t>
      </w:r>
    </w:p>
    <w:p>
      <w:r>
        <w:t>Children by [the groups your funder asks for, such as age, grade or school]</w:t>
        <w:br/>
        <w:t>______________________________________________________________________</w:t>
      </w:r>
    </w:p>
    <w:p>
      <w:r>
        <w:t>Children from low-income families (and how you know)</w:t>
        <w:br/>
        <w:t>______________________________________________________________________</w:t>
      </w:r>
    </w:p>
    <w:p>
      <w:r>
        <w:t>Children who received scholarships or subsidies</w:t>
        <w:br/>
        <w:t>______________________________________________________________________</w:t>
      </w:r>
    </w:p>
    <w:p>
      <w:pPr>
        <w:pStyle w:val="Heading2"/>
      </w:pPr>
      <w:r>
        <w:t>Activities</w:t>
      </w:r>
    </w:p>
    <w:p>
      <w:r>
        <w:t>Main activities this period: _________________________________</w:t>
      </w:r>
    </w:p>
    <w:p>
      <w:r>
        <w:t>Family events and how many attended: _________________________</w:t>
      </w:r>
    </w:p>
    <w:p>
      <w:r>
        <w:t>Staff and volunteer hours (if your funder asks)</w:t>
        <w:br/>
        <w:t>______________________________________________________________________</w:t>
      </w:r>
    </w:p>
    <w:p>
      <w:pPr>
        <w:pStyle w:val="Heading2"/>
      </w:pPr>
      <w:r>
        <w:t>Outcomes</w:t>
      </w:r>
    </w:p>
    <w:p>
      <w:r>
        <w:t>Report progress on the goals in your grant, with numbers where you can.</w:t>
      </w:r>
    </w:p>
    <w:p>
      <w:r>
        <w:t>Goal 1 and progress: _________________________________________</w:t>
      </w:r>
    </w:p>
    <w:p>
      <w:r>
        <w:t>Goal 2 and progress: _________________________________________</w:t>
      </w:r>
    </w:p>
    <w:p>
      <w:r>
        <w:t>Goal 3 and progress: _________________________________________</w:t>
      </w:r>
    </w:p>
    <w:p>
      <w:r>
        <w:t>How you measured progress (such as surveys, skills checks or school data)</w:t>
        <w:br/>
        <w:t>______________________________________________________________________</w:t>
      </w:r>
    </w:p>
    <w:p>
      <w:pPr>
        <w:pStyle w:val="Heading2"/>
      </w:pPr>
      <w:r>
        <w:t>Highlights and challenges</w:t>
      </w:r>
    </w:p>
    <w:p>
      <w:r>
        <w:t>A short story that shows the program's impact (no full names without permission)</w:t>
        <w:br/>
        <w:t>______________________________________________________________________</w:t>
      </w:r>
    </w:p>
    <w:p>
      <w:r>
        <w:t>Challenges and what you're doing about them: _________________</w:t>
      </w:r>
    </w:p>
    <w:p>
      <w:r>
        <w:t>Changes planned for the next period: _________________________</w:t>
      </w:r>
    </w:p>
    <w:p>
      <w:pPr>
        <w:pStyle w:val="Heading2"/>
      </w:pPr>
      <w:r>
        <w:t>Certification</w:t>
      </w:r>
    </w:p>
    <w:p>
      <w:r>
        <w:t>This report is accurate and based on our program records.</w:t>
      </w:r>
    </w:p>
    <w:p>
      <w:r>
        <w:t>Printed name and title: ______________________________________</w:t>
      </w:r>
    </w:p>
    <w:p>
      <w:r>
        <w:t>Signature: ___________________________________________________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attendance report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