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Field trip permission slip</w:t>
      </w:r>
    </w:p>
    <w:p>
      <w:r>
        <w:t>Please return this slip by [return date]. Your child can't go on the trip without it.</w:t>
      </w:r>
    </w:p>
    <w:p>
      <w:pPr>
        <w:pStyle w:val="Heading2"/>
      </w:pPr>
      <w:r>
        <w:t>Trip details (filled in by the program)</w:t>
      </w:r>
    </w:p>
    <w:p>
      <w:r>
        <w:t>Destination and address: _____________________________________</w:t>
      </w:r>
    </w:p>
    <w:p>
      <w:r>
        <w:t>Date: ________________________________________________________</w:t>
      </w:r>
    </w:p>
    <w:p>
      <w:r>
        <w:t>Departure and return times: __________________________________</w:t>
      </w:r>
    </w:p>
    <w:p>
      <w:r>
        <w:t>Transportation (such as school bus, van or walking)</w:t>
        <w:br/>
        <w:t>______________________________________________________________________</w:t>
      </w:r>
    </w:p>
    <w:p>
      <w:r>
        <w:t>Pickup location, if it's not the usual place: ________________</w:t>
      </w:r>
    </w:p>
    <w:p>
      <w:r>
        <w:t>Cost, if any, and when it's due: _____________________________</w:t>
      </w:r>
    </w:p>
    <w:p>
      <w:r>
        <w:t>What to bring (such as lunch, water and clothes for the weather)</w:t>
        <w:br/>
        <w:t>______________________________________________________________________</w:t>
      </w:r>
    </w:p>
    <w:p>
      <w:r>
        <w:t>Trip lead and cell phone on the day: _________________________</w:t>
      </w:r>
    </w:p>
    <w:p>
      <w:pPr>
        <w:pStyle w:val="Heading2"/>
      </w:pPr>
      <w:r>
        <w:t>Child</w:t>
      </w:r>
    </w:p>
    <w:p>
      <w:r>
        <w:t>Full name: ___________________________________________________</w:t>
      </w:r>
    </w:p>
    <w:p>
      <w:r>
        <w:t>Group or age group: __________________________________________</w:t>
      </w:r>
    </w:p>
    <w:p>
      <w:pPr>
        <w:pStyle w:val="Heading2"/>
      </w:pPr>
      <w:r>
        <w:t>Health for this trip</w:t>
      </w:r>
    </w:p>
    <w:p>
      <w:r>
        <w:t>Any new allergies, health needs or medications we should know about</w:t>
        <w:br/>
        <w:t>______________________________________________________________________</w:t>
      </w:r>
    </w:p>
    <w:p>
      <w:r>
        <w:t>Medication your child will need during the trip (we must have your signed medication form)</w:t>
        <w:br/>
        <w:t>______________________________________________________________________</w:t>
      </w:r>
    </w:p>
    <w:p>
      <w:pPr>
        <w:pStyle w:val="Heading2"/>
      </w:pPr>
      <w:r>
        <w:t>Permission</w:t>
      </w:r>
    </w:p>
    <w:p>
      <w:r>
        <w:t>Check each one you agree to. Leave a box blank to say no.</w:t>
      </w:r>
    </w:p>
    <w:p>
      <w:r>
        <w:t>☐  My child may go on this trip</w:t>
      </w:r>
    </w:p>
    <w:p>
      <w:r>
        <w:t>☐  My child may ride in the transportation listed above</w:t>
      </w:r>
    </w:p>
    <w:p>
      <w:r>
        <w:t>☐  My child may swim on this trip (staff may give a swim test first)</w:t>
      </w:r>
    </w:p>
    <w:p>
      <w:r>
        <w:t>☐  I can help as a chaperone (we'll contact you about our volunteer requirements)</w:t>
      </w:r>
    </w:p>
    <w:p>
      <w:pPr>
        <w:pStyle w:val="Heading2"/>
      </w:pPr>
      <w:r>
        <w:t>Parent or guardian</w:t>
      </w:r>
    </w:p>
    <w:p>
      <w:r>
        <w:t>In an emergency, staff will call 911 if needed and contact me as soon as they can. If they can't reach me, I authorize program staff to get emergency medical care for my child, including ambulance transport and treatment by a doctor or hospital, and to share this form with the medical staff who treat my child.</w:t>
      </w:r>
    </w:p>
    <w:p>
      <w:r>
        <w:t>Backup emergency contact and phone for the day</w:t>
        <w:br/>
        <w:t>______________________________________________________________________</w:t>
      </w:r>
    </w:p>
    <w:p>
      <w:r>
        <w:t>Cell phone on the day of the trip: ___________________________</w:t>
      </w:r>
    </w:p>
    <w:p>
      <w:r>
        <w:t>Parent or guardian's printed name: ___________________________</w:t>
      </w:r>
    </w:p>
    <w:p>
      <w:r>
        <w:t>Parent or guardian signature: ________________________________</w:t>
      </w:r>
    </w:p>
    <w:p>
      <w:r>
        <w:t>Date: ________________________________________________________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 trip permission slip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