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Hoja de permiso para excursión</w:t>
      </w:r>
    </w:p>
    <w:p>
      <w:r>
        <w:t>Por favor, devuelva esta hoja a más tardar el [fecha límite]. Sin ella, su hijo no puede ir a la excursión.</w:t>
      </w:r>
    </w:p>
    <w:p>
      <w:pPr>
        <w:pStyle w:val="Heading2"/>
      </w:pPr>
      <w:r>
        <w:t>Detalles de la excursión (los llena el programa)</w:t>
      </w:r>
    </w:p>
    <w:p>
      <w:r>
        <w:t>Lugar y dirección: ___________________________________________</w:t>
      </w:r>
    </w:p>
    <w:p>
      <w:r>
        <w:t>Fecha: _______________________________________________________</w:t>
      </w:r>
    </w:p>
    <w:p>
      <w:r>
        <w:t>Hora de partida y de regreso: ________________________________</w:t>
      </w:r>
    </w:p>
    <w:p>
      <w:r>
        <w:t>Transporte (por ejemplo, autobús escolar, camioneta o a pie)</w:t>
        <w:br/>
        <w:t>______________________________________________________________________</w:t>
      </w:r>
    </w:p>
    <w:p>
      <w:r>
        <w:t>Lugar donde recoger a los niños, si no es el de siempre</w:t>
        <w:br/>
        <w:t>______________________________________________________________________</w:t>
      </w:r>
    </w:p>
    <w:p>
      <w:r>
        <w:t>Costo, si lo hay, y fecha límite de pago: ____________________</w:t>
      </w:r>
    </w:p>
    <w:p>
      <w:r>
        <w:t>Qué llevar (por ejemplo, almuerzo, agua y ropa adecuada para el clima)</w:t>
        <w:br/>
        <w:t>______________________________________________________________________</w:t>
      </w:r>
    </w:p>
    <w:p>
      <w:r>
        <w:t>Responsable de la excursión y su celular ese día</w:t>
        <w:br/>
        <w:t>______________________________________________________________________</w:t>
      </w:r>
    </w:p>
    <w:p>
      <w:pPr>
        <w:pStyle w:val="Heading2"/>
      </w:pPr>
      <w:r>
        <w:t>Datos del niño</w:t>
      </w:r>
    </w:p>
    <w:p>
      <w:r>
        <w:t>Nombre completo: _____________________________________________</w:t>
      </w:r>
    </w:p>
    <w:p>
      <w:r>
        <w:t>Grupo o grupo de edad: _______________________________________</w:t>
      </w:r>
    </w:p>
    <w:p>
      <w:pPr>
        <w:pStyle w:val="Heading2"/>
      </w:pPr>
      <w:r>
        <w:t>Salud para esta excursión</w:t>
      </w:r>
    </w:p>
    <w:p>
      <w:r>
        <w:t>Alergias, necesidades de salud o medicamentos nuevos que debamos saber</w:t>
        <w:br/>
        <w:t>______________________________________________________________________</w:t>
      </w:r>
    </w:p>
    <w:p>
      <w:r>
        <w:t>Medicamento que su hijo necesitará durante la excursión (debemos tener su formulario de medicamentos firmado)</w:t>
        <w:br/>
        <w:t>______________________________________________________________________</w:t>
      </w:r>
    </w:p>
    <w:p>
      <w:pPr>
        <w:pStyle w:val="Heading2"/>
      </w:pPr>
      <w:r>
        <w:t>Permiso</w:t>
      </w:r>
    </w:p>
    <w:p>
      <w:r>
        <w:t>Marque cada opción que acepta. Deje la casilla en blanco para decir que no.</w:t>
      </w:r>
    </w:p>
    <w:p>
      <w:r>
        <w:t>☐  Mi hijo puede ir a esta excursión</w:t>
      </w:r>
    </w:p>
    <w:p>
      <w:r>
        <w:t>☐  Mi hijo puede ir en el transporte indicado arriba</w:t>
      </w:r>
    </w:p>
    <w:p>
      <w:r>
        <w:t>☐  Mi hijo puede nadar en esta excursión (es posible que el personal primero le haga una prueba de natación)</w:t>
      </w:r>
    </w:p>
    <w:p>
      <w:r>
        <w:t>☐  Puedo ayudar como acompañante (nos comunicaremos con usted para explicarle nuestros requisitos para voluntarios)</w:t>
      </w:r>
    </w:p>
    <w:p>
      <w:pPr>
        <w:pStyle w:val="Heading2"/>
      </w:pPr>
      <w:r>
        <w:t>Padre, madre o tutor</w:t>
      </w:r>
    </w:p>
    <w:p>
      <w:r>
        <w:t>En una emergencia, el personal llamará al 911 si es necesario y se comunicará conmigo lo antes posible. Si no logran comunicarse conmigo, autorizo al personal del programa a obtener atención médica de emergencia para mi hijo, incluidos el traslado en ambulancia y el tratamiento por parte de un médico o un hospital, y a compartir este formulario con el personal médico que atienda a mi hijo.</w:t>
      </w:r>
    </w:p>
    <w:p>
      <w:r>
        <w:t>Otro contacto de emergencia y su teléfono para ese día</w:t>
        <w:br/>
        <w:t>______________________________________________________________________</w:t>
      </w:r>
    </w:p>
    <w:p>
      <w:r>
        <w:t>Su celular el día de la excursión: ___________________________</w:t>
      </w:r>
    </w:p>
    <w:p>
      <w:r>
        <w:t>Nombre del padre, madre o tutor (en letra de molde)</w:t>
        <w:br/>
        <w:t>______________________________________________________________________</w:t>
      </w:r>
    </w:p>
    <w:p>
      <w:r>
        <w:t>Firma del padre, madre o tutor: ______________________________</w:t>
      </w:r>
    </w:p>
    <w:p>
      <w:r>
        <w:t>Fecha: _______________________________________________________</w:t>
      </w:r>
    </w:p>
    <w:p>
      <w:r>
        <w:rPr>
          <w:color w:val="71717A"/>
          <w:sz w:val="17"/>
        </w:rPr>
        <w:t>Se puede usar y modificar gratis, pero no es asesoría legal ni médica. Consulte las normas de licencia de su estado y los requisitos de su aseguradora, y pida a un abogado que revise cualquier texto de consentimiento o de exención de responsabilidad. Plantilla de BackPR · backpr.com.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Hoja de permiso para excursión</dc:title>
  <dc:subject/>
  <dc:creator>BackPR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es</dc:language>
</cp:coreProperties>
</file>