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End-of-program parent survey</w:t>
      </w:r>
    </w:p>
    <w:p>
      <w:r>
        <w:t>Thank you for being part of [Program name] this [season]! Please take five minutes to tell us how it went. You don't need to put your name on it.</w:t>
      </w:r>
    </w:p>
    <w:p>
      <w:pPr>
        <w:pStyle w:val="Heading2"/>
      </w:pPr>
      <w:r>
        <w:t>About your child</w:t>
      </w:r>
    </w:p>
    <w:p>
      <w:r>
        <w:t>Program and session: _________________________________________</w:t>
      </w:r>
    </w:p>
    <w:p>
      <w:r>
        <w:t>Child's age or grade (optional): _____________________________</w:t>
      </w:r>
    </w:p>
    <w:p>
      <w:pPr>
        <w:pStyle w:val="Heading2"/>
      </w:pPr>
      <w:r>
        <w:t>Ratings</w:t>
      </w:r>
    </w:p>
    <w:p>
      <w:r>
        <w:t>Write a number from 1 to 5 for each: 1 = poor or strongly disagree, 5 = excellent or strongly agree.</w:t>
      </w:r>
    </w:p>
    <w:p>
      <w:r>
        <w:t>Overall experience: __________________________________________</w:t>
      </w:r>
    </w:p>
    <w:p>
      <w:r>
        <w:t>Activities and what your child learned: ______________________</w:t>
      </w:r>
    </w:p>
    <w:p>
      <w:r>
        <w:t>Staff were caring and paid attention to my child</w:t>
        <w:br/>
        <w:t>______________________________________________________________________</w:t>
      </w:r>
    </w:p>
    <w:p>
      <w:r>
        <w:t>My child felt safe: __________________________________________</w:t>
      </w:r>
    </w:p>
    <w:p>
      <w:r>
        <w:t>Communication from the program: ______________________________</w:t>
      </w:r>
    </w:p>
    <w:p>
      <w:r>
        <w:t>Drop-off and pickup: _________________________________________</w:t>
      </w:r>
    </w:p>
    <w:p>
      <w:r>
        <w:t>Registration and payment: ____________________________________</w:t>
      </w:r>
    </w:p>
    <w:p>
      <w:r>
        <w:t>Value for the cost: __________________________________________</w:t>
      </w:r>
    </w:p>
    <w:p>
      <w:pPr>
        <w:pStyle w:val="Heading2"/>
      </w:pPr>
      <w:r>
        <w:t>Your child's experience</w:t>
      </w:r>
    </w:p>
    <w:p>
      <w:r>
        <w:t>Check all that apply. Because of this program, my child:</w:t>
      </w:r>
    </w:p>
    <w:p>
      <w:r>
        <w:t>☐  Made new friends</w:t>
      </w:r>
    </w:p>
    <w:p>
      <w:r>
        <w:t>☐  Tried something new</w:t>
      </w:r>
    </w:p>
    <w:p>
      <w:r>
        <w:t>☐  Became more confident</w:t>
      </w:r>
    </w:p>
    <w:p>
      <w:r>
        <w:t>☐  Was more active</w:t>
      </w:r>
    </w:p>
    <w:p>
      <w:r>
        <w:t>☐  Learned a new skill</w:t>
      </w:r>
    </w:p>
    <w:p>
      <w:r>
        <w:t>☐  Looked forward to coming</w:t>
      </w:r>
    </w:p>
    <w:p>
      <w:pPr>
        <w:pStyle w:val="Heading2"/>
      </w:pPr>
      <w:r>
        <w:t>Your thoughts</w:t>
      </w:r>
    </w:p>
    <w:p>
      <w:r>
        <w:t>What did your child enjoy most?: _____________________________</w:t>
      </w:r>
    </w:p>
    <w:p>
      <w:r>
        <w:t>What should we do better?: ___________________________________</w:t>
      </w:r>
    </w:p>
    <w:p>
      <w:r>
        <w:t>What would you like us to add next time?: ____________________</w:t>
      </w:r>
    </w:p>
    <w:p>
      <w:pPr>
        <w:pStyle w:val="Heading2"/>
      </w:pPr>
      <w:r>
        <w:t>Next time</w:t>
      </w:r>
    </w:p>
    <w:p>
      <w:r>
        <w:t>Check any that are true.</w:t>
      </w:r>
    </w:p>
    <w:p>
      <w:r>
        <w:t>☐  We plan to come back next [season or year]</w:t>
      </w:r>
    </w:p>
    <w:p>
      <w:r>
        <w:t>☐  We'd recommend the program to a friend</w:t>
      </w:r>
    </w:p>
    <w:p>
      <w:r>
        <w:t>If you might not come back, why? (optional): _________________</w:t>
      </w:r>
    </w:p>
    <w:p>
      <w:pPr>
        <w:pStyle w:val="Heading2"/>
      </w:pPr>
      <w:r>
        <w:t>Optional</w:t>
      </w:r>
    </w:p>
    <w:p>
      <w:r>
        <w:t>☐  You may share my comments, without my name, in reports and on your website</w:t>
      </w:r>
    </w:p>
    <w:p>
      <w:r>
        <w:t>Your name and phone or email, if you'd like us to follow up</w:t>
        <w:br/>
        <w:t>______________________________________________________________________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End-of-program parent survey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