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Encuesta de fin de programa para las familias</w:t>
      </w:r>
    </w:p>
    <w:p>
      <w:r>
        <w:t>¡Gracias por ser parte de [nombre del programa] esta [temporada]! Por favor, tómese cinco minutos para contarnos cómo le fue. No es necesario que escriba su nombre.</w:t>
      </w:r>
    </w:p>
    <w:p>
      <w:pPr>
        <w:pStyle w:val="Heading2"/>
      </w:pPr>
      <w:r>
        <w:t>Sobre su hijo</w:t>
      </w:r>
    </w:p>
    <w:p>
      <w:r>
        <w:t>Programa y sesión: ___________________________________________</w:t>
      </w:r>
    </w:p>
    <w:p>
      <w:r>
        <w:t>Edad o grado de su hijo (opcional): __________________________</w:t>
      </w:r>
    </w:p>
    <w:p>
      <w:pPr>
        <w:pStyle w:val="Heading2"/>
      </w:pPr>
      <w:r>
        <w:t>Calificaciones</w:t>
      </w:r>
    </w:p>
    <w:p>
      <w:r>
        <w:t>Escriba un número del 1 al 5 para cada punto: 1 = malo o totalmente en desacuerdo, 5 = excelente o totalmente de acuerdo.</w:t>
      </w:r>
    </w:p>
    <w:p>
      <w:r>
        <w:t>Experiencia en general: ______________________________________</w:t>
      </w:r>
    </w:p>
    <w:p>
      <w:r>
        <w:t>Actividades y lo que aprendió su hijo: _______________________</w:t>
      </w:r>
    </w:p>
    <w:p>
      <w:r>
        <w:t>El personal fue cariñoso y estuvo pendiente de mi hijo</w:t>
        <w:br/>
        <w:t>______________________________________________________________________</w:t>
      </w:r>
    </w:p>
    <w:p>
      <w:r>
        <w:t>Mi hijo se sintió seguro: ____________________________________</w:t>
      </w:r>
    </w:p>
    <w:p>
      <w:r>
        <w:t>Comunicación del programa: ___________________________________</w:t>
      </w:r>
    </w:p>
    <w:p>
      <w:r>
        <w:t>La entrada y la salida (dejar y recoger a su hijo)</w:t>
        <w:br/>
        <w:t>______________________________________________________________________</w:t>
      </w:r>
    </w:p>
    <w:p>
      <w:r>
        <w:t>Inscripción y pago: __________________________________________</w:t>
      </w:r>
    </w:p>
    <w:p>
      <w:r>
        <w:t>El programa vale lo que cuesta: ______________________________</w:t>
      </w:r>
    </w:p>
    <w:p>
      <w:pPr>
        <w:pStyle w:val="Heading2"/>
      </w:pPr>
      <w:r>
        <w:t>La experiencia de su hijo</w:t>
      </w:r>
    </w:p>
    <w:p>
      <w:r>
        <w:t>Marque todas las que correspondan. Gracias a este programa, mi hijo:</w:t>
      </w:r>
    </w:p>
    <w:p>
      <w:r>
        <w:t>☐  Hizo nuevos amigos</w:t>
      </w:r>
    </w:p>
    <w:p>
      <w:r>
        <w:t>☐  Probó algo nuevo</w:t>
      </w:r>
    </w:p>
    <w:p>
      <w:r>
        <w:t>☐  Ganó confianza en sí mismo</w:t>
      </w:r>
    </w:p>
    <w:p>
      <w:r>
        <w:t>☐  Estuvo más activo</w:t>
      </w:r>
    </w:p>
    <w:p>
      <w:r>
        <w:t>☐  Aprendió una nueva habilidad</w:t>
      </w:r>
    </w:p>
    <w:p>
      <w:r>
        <w:t>☐  Tenía ganas de venir</w:t>
      </w:r>
    </w:p>
    <w:p>
      <w:pPr>
        <w:pStyle w:val="Heading2"/>
      </w:pPr>
      <w:r>
        <w:t>Su opinión</w:t>
      </w:r>
    </w:p>
    <w:p>
      <w:r>
        <w:t>¿Qué fue lo que más disfrutó su hijo?: _______________________</w:t>
      </w:r>
    </w:p>
    <w:p>
      <w:r>
        <w:t>¿Qué deberíamos mejorar?: ____________________________________</w:t>
      </w:r>
    </w:p>
    <w:p>
      <w:r>
        <w:t>¿Qué le gustaría que agregáramos la próxima vez?</w:t>
        <w:br/>
        <w:t>______________________________________________________________________</w:t>
      </w:r>
    </w:p>
    <w:p>
      <w:pPr>
        <w:pStyle w:val="Heading2"/>
      </w:pPr>
      <w:r>
        <w:t>La próxima vez</w:t>
      </w:r>
    </w:p>
    <w:p>
      <w:r>
        <w:t>Marque las que sean ciertas.</w:t>
      </w:r>
    </w:p>
    <w:p>
      <w:r>
        <w:t>☐  Pensamos volver [la próxima temporada o el próximo año]</w:t>
      </w:r>
    </w:p>
    <w:p>
      <w:r>
        <w:t>☐  Recomendaríamos el programa a un amigo</w:t>
      </w:r>
    </w:p>
    <w:p>
      <w:r>
        <w:t>Si es posible que no vuelvan, ¿por qué? (opcional)</w:t>
        <w:br/>
        <w:t>______________________________________________________________________</w:t>
      </w:r>
    </w:p>
    <w:p>
      <w:pPr>
        <w:pStyle w:val="Heading2"/>
      </w:pPr>
      <w:r>
        <w:t>Opcional</w:t>
      </w:r>
    </w:p>
    <w:p>
      <w:r>
        <w:t>☐  Pueden compartir mis comentarios, sin mi nombre, en informes y en su sitio web</w:t>
      </w:r>
    </w:p>
    <w:p>
      <w:r>
        <w:t>Su nombre y teléfono o correo electrónico, si desea que nos comuniquemos con usted</w:t>
        <w:br/>
        <w:t>______________________________________________________________________</w:t>
      </w:r>
    </w:p>
    <w:p>
      <w:r>
        <w:rPr>
          <w:color w:val="71717A"/>
          <w:sz w:val="17"/>
        </w:rPr>
        <w:t>Se puede usar y modificar gratis, pero no es asesoría legal ni médica. Consulte las normas de licencia de su estado y los requisitos de su aseguradora, y pida a un abogado que revise cualquier texto de consentimiento o de exención de responsabilidad. Plantilla de BackPR · backpr.com.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Encuesta de fin de programa para las familias</dc:title>
  <dc:subject/>
  <dc:creator>BackPR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</dc:language>
</cp:coreProperties>
</file>