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Emergency contact form</w:t>
      </w:r>
    </w:p>
    <w:p>
      <w:r>
        <w:t>Please fill out one form for each child and tell us right away if anything changes. We call parents first, then the emergency contacts in the order you list them.</w:t>
      </w:r>
    </w:p>
    <w:p>
      <w:pPr>
        <w:pStyle w:val="Heading2"/>
      </w:pPr>
      <w:r>
        <w:t>Child</w:t>
      </w:r>
    </w:p>
    <w:p>
      <w:r>
        <w:t>Full name: ___________________________________________________</w:t>
      </w:r>
    </w:p>
    <w:p>
      <w:r>
        <w:t>Date of birth: _______________________________________________</w:t>
      </w:r>
    </w:p>
    <w:p>
      <w:r>
        <w:t>Program and group or session: ________________________________</w:t>
      </w:r>
    </w:p>
    <w:p>
      <w:pPr>
        <w:pStyle w:val="Heading2"/>
      </w:pPr>
      <w:r>
        <w:t>Parent or guardian 1</w:t>
      </w:r>
    </w:p>
    <w:p>
      <w:r>
        <w:t>Name: ________________________________________________________</w:t>
      </w:r>
    </w:p>
    <w:p>
      <w:r>
        <w:t>Relationship to child: _______________________________________</w:t>
      </w:r>
    </w:p>
    <w:p>
      <w:r>
        <w:t>Cell phone: __________________________________________________</w:t>
      </w:r>
    </w:p>
    <w:p>
      <w:r>
        <w:t>Work phone: __________________________________________________</w:t>
      </w:r>
    </w:p>
    <w:p>
      <w:r>
        <w:t>Email: _______________________________________________________</w:t>
      </w:r>
    </w:p>
    <w:p>
      <w:pPr>
        <w:pStyle w:val="Heading2"/>
      </w:pPr>
      <w:r>
        <w:t>Parent or guardian 2</w:t>
      </w:r>
    </w:p>
    <w:p>
      <w:r>
        <w:t>Name: ________________________________________________________</w:t>
      </w:r>
    </w:p>
    <w:p>
      <w:r>
        <w:t>Relationship to child: _______________________________________</w:t>
      </w:r>
    </w:p>
    <w:p>
      <w:r>
        <w:t>Cell phone: __________________________________________________</w:t>
      </w:r>
    </w:p>
    <w:p>
      <w:r>
        <w:t>Work phone: __________________________________________________</w:t>
      </w:r>
    </w:p>
    <w:p>
      <w:r>
        <w:t>Email: _______________________________________________________</w:t>
      </w:r>
    </w:p>
    <w:p>
      <w:pPr>
        <w:pStyle w:val="Heading2"/>
      </w:pPr>
      <w:r>
        <w:t>Custody</w:t>
      </w:r>
    </w:p>
    <w:p>
      <w:r>
        <w:t>Custody or court orders staff should know about (attach a copy)</w:t>
        <w:br/>
        <w:t>______________________________________________________________________</w:t>
      </w:r>
    </w:p>
    <w:p>
      <w:pPr>
        <w:pStyle w:val="Heading2"/>
      </w:pPr>
      <w:r>
        <w:t>Emergency contacts (other than parents)</w:t>
      </w:r>
    </w:p>
    <w:p>
      <w:r>
        <w:t>Choose adults who live or work nearby and can usually answer during program hours. An emergency contact can pick up your child only if they're also on your authorized pickup list.</w:t>
      </w:r>
    </w:p>
    <w:p>
      <w:r>
        <w:t>1. Name, relationship, cell phone: ___________________________</w:t>
      </w:r>
    </w:p>
    <w:p>
      <w:r>
        <w:t>2. Name, relationship, cell phone: ___________________________</w:t>
      </w:r>
    </w:p>
    <w:p>
      <w:r>
        <w:t>3. Name, relationship, cell phone: ___________________________</w:t>
      </w:r>
    </w:p>
    <w:p>
      <w:pPr>
        <w:pStyle w:val="Heading2"/>
      </w:pPr>
      <w:r>
        <w:t>Doctor and insurance</w:t>
      </w:r>
    </w:p>
    <w:p>
      <w:r>
        <w:t>Doctor or clinic name and phone: _____________________________</w:t>
      </w:r>
    </w:p>
    <w:p>
      <w:r>
        <w:t>Dentist name and phone: ______________________________________</w:t>
      </w:r>
    </w:p>
    <w:p>
      <w:r>
        <w:t>Health insurance company: ____________________________________</w:t>
      </w:r>
    </w:p>
    <w:p>
      <w:r>
        <w:t>Policy or member ID: _________________________________________</w:t>
      </w:r>
    </w:p>
    <w:p>
      <w:r>
        <w:t>Preferred hospital (in an emergency, your child may be taken to the nearest one)</w:t>
        <w:br/>
        <w:t>______________________________________________________________________</w:t>
      </w:r>
    </w:p>
    <w:p>
      <w:pPr>
        <w:pStyle w:val="Heading2"/>
      </w:pPr>
      <w:r>
        <w:t>Health details for emergencies</w:t>
      </w:r>
    </w:p>
    <w:p>
      <w:r>
        <w:t>Allergies and reactions: _____________________________________</w:t>
      </w:r>
    </w:p>
    <w:p>
      <w:r>
        <w:t>Medical conditions: __________________________________________</w:t>
      </w:r>
    </w:p>
    <w:p>
      <w:r>
        <w:t>Medications the child takes regularly: _______________________</w:t>
      </w:r>
    </w:p>
    <w:p>
      <w:r>
        <w:t>Anything else emergency staff should know: ___________________</w:t>
      </w:r>
    </w:p>
    <w:p>
      <w:pPr>
        <w:pStyle w:val="Heading2"/>
      </w:pPr>
      <w:r>
        <w:t>Emergency care consent</w:t>
      </w:r>
    </w:p>
    <w:p>
      <w:r>
        <w:t>In an emergency, staff will call 911 if needed and contact me as soon as they can. If they can't reach me, I authorize program staff to get emergency medical care for my child, including ambulance transport and treatment by a doctor or hospital, and to share this form with the medical staff who treat my child.</w:t>
      </w:r>
    </w:p>
    <w:p>
      <w:pPr>
        <w:pStyle w:val="Heading2"/>
      </w:pPr>
      <w:r>
        <w:t>Signature</w:t>
      </w:r>
    </w:p>
    <w:p>
      <w:r>
        <w:t>Parent or guardian printed name: _____________________________</w:t>
      </w:r>
    </w:p>
    <w:p>
      <w:r>
        <w:t>Parent or guardian signature: ________________________________</w:t>
      </w:r>
    </w:p>
    <w:p>
      <w:r>
        <w:t>Date: ________________________________________________________</w:t>
      </w:r>
    </w:p>
    <w:p>
      <w:r>
        <w:rPr>
          <w:color w:val="71717A"/>
          <w:sz w:val="17"/>
        </w:rPr>
        <w:t>Free to use and change, but not legal or medical advice. Check your state's licensing rules and your insurer's requirements, and have a lawyer review any consent or waiver language. Template from BackPR · backpr.com.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contact form</dc:title>
  <dc:subject/>
  <dc:creator>BackPR</dc:creator>
  <cp:keywords/>
  <dc:description>generated by python-docx</dc:description>
  <cp:lastModifiedBy/>
  <cp:revision>1</cp:revision>
  <dcterms:created xsi:type="dcterms:W3CDTF">2013-12-23T23:15:00Z</dcterms:created>
  <dcterms:modified xsi:type="dcterms:W3CDTF">2013-12-23T23:15:00Z</dcterms:modified>
  <cp:category/>
  <dc:language>en</dc:language>
</cp:coreProperties>
</file>