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Emergency action plan</w:t>
      </w:r>
    </w:p>
    <w:p>
      <w:r>
        <w:t>Fill in the [bracketed] details for your site, train every staff member on this plan and practice each drill. Keep a copy in every room, first aid kit and field trip bag.</w:t>
      </w:r>
    </w:p>
    <w:p>
      <w:pPr>
        <w:pStyle w:val="Heading2"/>
      </w:pPr>
      <w:r>
        <w:t>Key contacts</w:t>
      </w:r>
    </w:p>
    <w:p>
      <w:r>
        <w:t>Call 911 first in any life-threatening emergency. Poison control: 1-800-222-1222.</w:t>
      </w:r>
    </w:p>
    <w:p>
      <w:r>
        <w:t>Site address (give this to 911): _____________________________</w:t>
      </w:r>
    </w:p>
    <w:p>
      <w:r>
        <w:t>Program director and cell phone: _____________________________</w:t>
      </w:r>
    </w:p>
    <w:p>
      <w:r>
        <w:t>Backup person in charge and cell phone: ______________________</w:t>
      </w:r>
    </w:p>
    <w:p>
      <w:r>
        <w:t>Building or facility contact and phone: ______________________</w:t>
      </w:r>
    </w:p>
    <w:p>
      <w:r>
        <w:t>Nearest hospital and address: ________________________________</w:t>
      </w:r>
    </w:p>
    <w:p>
      <w:r>
        <w:t>Licensing agency and phone: __________________________________</w:t>
      </w:r>
    </w:p>
    <w:p>
      <w:r>
        <w:t>Insurance company and policy number: _________________________</w:t>
      </w:r>
    </w:p>
    <w:p>
      <w:pPr>
        <w:pStyle w:val="Heading2"/>
      </w:pPr>
      <w:r>
        <w:t>Be ready</w:t>
      </w:r>
    </w:p>
    <w:p>
      <w:pPr>
        <w:pStyle w:val="ListBullet"/>
      </w:pPr>
      <w:r>
        <w:t>Every staff member reads this plan, knows the meeting spots and knows where the emergency kit is.</w:t>
      </w:r>
    </w:p>
    <w:p>
      <w:pPr>
        <w:pStyle w:val="ListBullet"/>
      </w:pPr>
      <w:r>
        <w:t>Each group keeps a current roster with emergency contacts, pickup lists and medical information, including on field trips.</w:t>
      </w:r>
    </w:p>
    <w:p>
      <w:pPr>
        <w:pStyle w:val="ListBullet"/>
      </w:pPr>
      <w:r>
        <w:t>Practice fire drills [monthly] and other drills [as often as your licensing rules require]. Write down the date, how long it took and what to fix.</w:t>
      </w:r>
    </w:p>
    <w:p>
      <w:pPr>
        <w:pStyle w:val="ListBullet"/>
      </w:pPr>
      <w:r>
        <w:t>Check the emergency kit, first aid kit and flashlights every [month].</w:t>
      </w:r>
    </w:p>
    <w:p>
      <w:pPr>
        <w:pStyle w:val="Heading2"/>
      </w:pPr>
      <w:r>
        <w:t>Fire</w:t>
      </w:r>
    </w:p>
    <w:p>
      <w:pPr>
        <w:pStyle w:val="ListBullet"/>
      </w:pPr>
      <w:r>
        <w:t>Anyone who sees fire or smoke pulls the alarm and calls 911.</w:t>
      </w:r>
    </w:p>
    <w:p>
      <w:pPr>
        <w:pStyle w:val="ListBullet"/>
      </w:pPr>
      <w:r>
        <w:t>Staff lead their groups out the nearest safe exit and take the roster and emergency kit.</w:t>
      </w:r>
    </w:p>
    <w:p>
      <w:pPr>
        <w:pStyle w:val="ListBullet"/>
      </w:pPr>
      <w:r>
        <w:t>Meet at [outdoor meeting spot]. Backup spot: [location].</w:t>
      </w:r>
    </w:p>
    <w:p>
      <w:pPr>
        <w:pStyle w:val="ListBullet"/>
      </w:pPr>
      <w:r>
        <w:t>Take attendance right away and tell [person in charge] if anyone is missing.</w:t>
      </w:r>
    </w:p>
    <w:p>
      <w:pPr>
        <w:pStyle w:val="ListBullet"/>
      </w:pPr>
      <w:r>
        <w:t>Don't go back inside until the fire department says it's safe.</w:t>
      </w:r>
    </w:p>
    <w:p>
      <w:pPr>
        <w:pStyle w:val="Heading2"/>
      </w:pPr>
      <w:r>
        <w:t>Severe weather</w:t>
      </w:r>
    </w:p>
    <w:p>
      <w:pPr>
        <w:pStyle w:val="ListBullet"/>
      </w:pPr>
      <w:r>
        <w:t>Watch for alerts from [local weather alert source].</w:t>
      </w:r>
    </w:p>
    <w:p>
      <w:pPr>
        <w:pStyle w:val="ListBullet"/>
      </w:pPr>
      <w:r>
        <w:t>Thunder or lightning: bring everyone inside [and wait 30 minutes after the last thunder before going back out].</w:t>
      </w:r>
    </w:p>
    <w:p>
      <w:pPr>
        <w:pStyle w:val="ListBullet"/>
      </w:pPr>
      <w:r>
        <w:t>Tornado warning: move to [shelter area, such as an inside room on the lowest floor away from windows]. Children crouch low and cover their heads.</w:t>
      </w:r>
    </w:p>
    <w:p>
      <w:pPr>
        <w:pStyle w:val="ListBullet"/>
      </w:pPr>
      <w:r>
        <w:t>Extreme heat: [heat plan, such as moving activities indoors and adding water breaks].</w:t>
      </w:r>
    </w:p>
    <w:p>
      <w:pPr>
        <w:pStyle w:val="ListBullet"/>
      </w:pPr>
      <w:r>
        <w:t>Other local risks: [flooding, hurricanes, earthquakes or wildfire smoke, and what to do].</w:t>
      </w:r>
    </w:p>
    <w:p>
      <w:pPr>
        <w:pStyle w:val="Heading2"/>
      </w:pPr>
      <w:r>
        <w:t>Lockdown and shelter in place</w:t>
      </w:r>
    </w:p>
    <w:p>
      <w:pPr>
        <w:pStyle w:val="ListBullet"/>
      </w:pPr>
      <w:r>
        <w:t>Lockdown (danger inside or near the building): lock or block doors, turn off lights, move children out of sight and stay quiet. Open the door only for [police or the person in charge].</w:t>
      </w:r>
    </w:p>
    <w:p>
      <w:pPr>
        <w:pStyle w:val="ListBullet"/>
      </w:pPr>
      <w:r>
        <w:t>Shelter in place (danger outside, such as a chemical spill): bring everyone inside, close windows and doors and [turn off fans and air systems if told to].</w:t>
      </w:r>
    </w:p>
    <w:p>
      <w:pPr>
        <w:pStyle w:val="ListBullet"/>
      </w:pPr>
      <w:r>
        <w:t>Take attendance as soon as it's safe and send the count to [person in charge].</w:t>
      </w:r>
    </w:p>
    <w:p>
      <w:pPr>
        <w:pStyle w:val="ListBullet"/>
      </w:pPr>
      <w:r>
        <w:t>How staff alert each other: [radio call, group text or code words].</w:t>
      </w:r>
    </w:p>
    <w:p>
      <w:pPr>
        <w:pStyle w:val="Heading2"/>
      </w:pPr>
      <w:r>
        <w:t>Missing child</w:t>
      </w:r>
    </w:p>
    <w:p>
      <w:pPr>
        <w:pStyle w:val="ListBullet"/>
      </w:pPr>
      <w:r>
        <w:t>Tell the person in charge and all staff right away. Keep the other children together and supervised.</w:t>
      </w:r>
    </w:p>
    <w:p>
      <w:pPr>
        <w:pStyle w:val="ListBullet"/>
      </w:pPr>
      <w:r>
        <w:t>Search right away, starting with water, exits and the parking lot, then [bathrooms, hiding spots and other areas].</w:t>
      </w:r>
    </w:p>
    <w:p>
      <w:pPr>
        <w:pStyle w:val="ListBullet"/>
      </w:pPr>
      <w:r>
        <w:t>If the child isn't found within [10] minutes, call 911, then the parent or guardian. If the child may be near water or with an unauthorized adult, call 911 right away.</w:t>
      </w:r>
    </w:p>
    <w:p>
      <w:pPr>
        <w:pStyle w:val="ListBullet"/>
      </w:pPr>
      <w:r>
        <w:t>Give police a photo and description of the child, what they're wearing and where they were last seen.</w:t>
      </w:r>
    </w:p>
    <w:p>
      <w:pPr>
        <w:pStyle w:val="ListBullet"/>
      </w:pPr>
      <w:r>
        <w:t>Fill out an incident report and tell [licensing agency], if required.</w:t>
      </w:r>
    </w:p>
    <w:p>
      <w:pPr>
        <w:pStyle w:val="Heading2"/>
      </w:pPr>
      <w:r>
        <w:t>Medical emergency</w:t>
      </w:r>
    </w:p>
    <w:p>
      <w:pPr>
        <w:pStyle w:val="ListBullet"/>
      </w:pPr>
      <w:r>
        <w:t>Call 911 for any serious injury or illness, such as trouble breathing, a seizure, severe bleeding, a severe allergic reaction or a child who won't wake up.</w:t>
      </w:r>
    </w:p>
    <w:p>
      <w:pPr>
        <w:pStyle w:val="ListBullet"/>
      </w:pPr>
      <w:r>
        <w:t>Give first aid if you're trained, and use the child's emergency medicine as their action plan says.</w:t>
      </w:r>
    </w:p>
    <w:p>
      <w:pPr>
        <w:pStyle w:val="ListBullet"/>
      </w:pPr>
      <w:r>
        <w:t>Send someone to meet the ambulance at [entrance].</w:t>
      </w:r>
    </w:p>
    <w:p>
      <w:pPr>
        <w:pStyle w:val="ListBullet"/>
      </w:pPr>
      <w:r>
        <w:t>Give paramedics the child's medical form. A staff member goes with the child if no parent is there.</w:t>
      </w:r>
    </w:p>
    <w:p>
      <w:pPr>
        <w:pStyle w:val="ListBullet"/>
      </w:pPr>
      <w:r>
        <w:t>Call the parent or guardian, then the director.</w:t>
      </w:r>
    </w:p>
    <w:p>
      <w:pPr>
        <w:pStyle w:val="ListBullet"/>
      </w:pPr>
      <w:r>
        <w:t>First aid kit: [location]. AED: [location, if you have one].</w:t>
      </w:r>
    </w:p>
    <w:p>
      <w:pPr>
        <w:pStyle w:val="Heading2"/>
      </w:pPr>
      <w:r>
        <w:t>Reunification</w:t>
      </w:r>
    </w:p>
    <w:p>
      <w:r>
        <w:t>If you have to leave the site, families pick up their children at the reunification site.</w:t>
      </w:r>
    </w:p>
    <w:p>
      <w:pPr>
        <w:pStyle w:val="ListBullet"/>
      </w:pPr>
      <w:r>
        <w:t>Reunification site: [building and address]. Route: [how you'll get there].</w:t>
      </w:r>
    </w:p>
    <w:p>
      <w:pPr>
        <w:pStyle w:val="ListBullet"/>
      </w:pPr>
      <w:r>
        <w:t>Backup site: [building and address].</w:t>
      </w:r>
    </w:p>
    <w:p>
      <w:pPr>
        <w:pStyle w:val="ListBullet"/>
      </w:pPr>
      <w:r>
        <w:t>Tell families where to go by [text, email or phone tree]. Don't post the location publicly.</w:t>
      </w:r>
    </w:p>
    <w:p>
      <w:pPr>
        <w:pStyle w:val="ListBullet"/>
      </w:pPr>
      <w:r>
        <w:t>Release children only to parents, guardians and authorized pickup adults, after checking photo ID.</w:t>
      </w:r>
    </w:p>
    <w:p>
      <w:pPr>
        <w:pStyle w:val="ListBullet"/>
      </w:pPr>
      <w:r>
        <w:t>Sign out each child with the time and the adult's name.</w:t>
      </w:r>
    </w:p>
    <w:p>
      <w:pPr>
        <w:pStyle w:val="ListBullet"/>
      </w:pPr>
      <w:r>
        <w:t>Staff stay until every child is picked up.</w:t>
      </w:r>
    </w:p>
    <w:p>
      <w:pPr>
        <w:pStyle w:val="Heading2"/>
      </w:pPr>
      <w:r>
        <w:t>Emergency kit</w:t>
      </w:r>
    </w:p>
    <w:p>
      <w:r>
        <w:t>☐  Rosters with emergency contacts and pickup lists</w:t>
      </w:r>
    </w:p>
    <w:p>
      <w:r>
        <w:t>☐  Medical and allergy forms and children's emergency medicines</w:t>
      </w:r>
    </w:p>
    <w:p>
      <w:r>
        <w:t>☐  First aid kit and gloves</w:t>
      </w:r>
    </w:p>
    <w:p>
      <w:r>
        <w:t>☐  Charged phone and backup battery</w:t>
      </w:r>
    </w:p>
    <w:p>
      <w:r>
        <w:t>☐  Flashlight and batteries</w:t>
      </w:r>
    </w:p>
    <w:p>
      <w:r>
        <w:t>☐  Water and snacks</w:t>
      </w:r>
    </w:p>
    <w:p>
      <w:r>
        <w:t>☐  Whistle</w:t>
      </w:r>
    </w:p>
    <w:p>
      <w:r>
        <w:t>☐  Sign-out sheet and pens</w:t>
      </w:r>
    </w:p>
    <w:p>
      <w:r>
        <w:t>☐  Copy of this plan</w:t>
      </w:r>
    </w:p>
    <w:p>
      <w:pPr>
        <w:pStyle w:val="Heading2"/>
      </w:pPr>
      <w:r>
        <w:t>Plan review</w:t>
      </w:r>
    </w:p>
    <w:p>
      <w:r>
        <w:t>Last reviewed (date and by whom): ____________________________</w:t>
      </w:r>
    </w:p>
    <w:p>
      <w:r>
        <w:t>Staff trained (dates): _______________________________________</w:t>
      </w:r>
    </w:p>
    <w:p>
      <w:r>
        <w:t>Drills practiced (type and date): 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action plan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