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Daily sign-in and sign-out sheet</w:t>
      </w:r>
    </w:p>
    <w:p>
      <w:r>
        <w:t>Adults: please sign your child in and out every day with the time and your full signature. Children leave only with their parents, guardians or adults on their authorized pickup list. Staff will check photo ID for anyone they don't know.</w:t>
      </w:r>
    </w:p>
    <w:p>
      <w:pPr>
        <w:pStyle w:val="Heading2"/>
      </w:pPr>
      <w:r>
        <w:t>Day</w:t>
      </w:r>
    </w:p>
    <w:p>
      <w:r>
        <w:t>Date: ________________________________________________________</w:t>
      </w:r>
    </w:p>
    <w:p>
      <w:r>
        <w:t>Program and group: ___________________________________________</w:t>
      </w:r>
    </w:p>
    <w:p>
      <w:r>
        <w:t>Staff on duty: _______________________________________________</w:t>
      </w:r>
    </w:p>
    <w:p>
      <w:pPr>
        <w:pStyle w:val="Heading2"/>
      </w:pPr>
      <w:r>
        <w:t>Sign-in and sign-out</w:t>
      </w:r>
    </w:p>
    <w:tbl>
      <w:tblPr>
        <w:tblStyle w:val="TableGrid"/>
        <w:tblW w:type="auto" w:w="0"/>
        <w:tblLook w:firstColumn="1" w:firstRow="1" w:lastColumn="0" w:lastRow="0" w:noHBand="0" w:noVBand="1" w:val="04A0"/>
      </w:tblPr>
      <w:tblGrid>
        <w:gridCol w:w="1749"/>
        <w:gridCol w:w="1749"/>
        <w:gridCol w:w="1749"/>
        <w:gridCol w:w="1749"/>
        <w:gridCol w:w="1749"/>
        <w:gridCol w:w="1749"/>
        <w:gridCol w:w="1749"/>
      </w:tblGrid>
      <w:tr>
        <w:tc>
          <w:tcPr>
            <w:tcW w:type="dxa" w:w="1749"/>
          </w:tcPr>
          <w:p>
            <w:r>
              <w:t>Child's name</w:t>
            </w:r>
          </w:p>
        </w:tc>
        <w:tc>
          <w:tcPr>
            <w:tcW w:type="dxa" w:w="1749"/>
          </w:tcPr>
          <w:p>
            <w:r>
              <w:t>Time in</w:t>
            </w:r>
          </w:p>
        </w:tc>
        <w:tc>
          <w:tcPr>
            <w:tcW w:type="dxa" w:w="1749"/>
          </w:tcPr>
          <w:p>
            <w:r>
              <w:t>Adult's signature (in)</w:t>
            </w:r>
          </w:p>
        </w:tc>
        <w:tc>
          <w:tcPr>
            <w:tcW w:type="dxa" w:w="1749"/>
          </w:tcPr>
          <w:p>
            <w:r>
              <w:t>Time out</w:t>
            </w:r>
          </w:p>
        </w:tc>
        <w:tc>
          <w:tcPr>
            <w:tcW w:type="dxa" w:w="1749"/>
          </w:tcPr>
          <w:p>
            <w:r>
              <w:t>Adult's signature (out)</w:t>
            </w:r>
          </w:p>
        </w:tc>
        <w:tc>
          <w:tcPr>
            <w:tcW w:type="dxa" w:w="1749"/>
          </w:tcPr>
          <w:p>
            <w:r>
              <w:t>Staff initials</w:t>
            </w:r>
          </w:p>
        </w:tc>
        <w:tc>
          <w:tcPr>
            <w:tcW w:type="dxa" w:w="1749"/>
          </w:tcPr>
          <w:p>
            <w:r>
              <w:t>Notes</w:t>
            </w:r>
          </w:p>
        </w:tc>
      </w:tr>
      <w:tr>
        <w:tc>
          <w:tcPr>
            <w:tcW w:type="dxa" w:w="1749"/>
          </w:tcPr>
          <w:p/>
        </w:tc>
        <w:tc>
          <w:tcPr>
            <w:tcW w:type="dxa" w:w="1749"/>
          </w:tcPr>
          <w:p/>
        </w:tc>
        <w:tc>
          <w:tcPr>
            <w:tcW w:type="dxa" w:w="1749"/>
          </w:tcPr>
          <w:p/>
        </w:tc>
        <w:tc>
          <w:tcPr>
            <w:tcW w:type="dxa" w:w="1749"/>
          </w:tcPr>
          <w:p/>
        </w:tc>
        <w:tc>
          <w:tcPr>
            <w:tcW w:type="dxa" w:w="1749"/>
          </w:tcPr>
          <w:p/>
        </w:tc>
        <w:tc>
          <w:tcPr>
            <w:tcW w:type="dxa" w:w="1749"/>
          </w:tcPr>
          <w:p/>
        </w:tc>
        <w:tc>
          <w:tcPr>
            <w:tcW w:type="dxa" w:w="1749"/>
          </w:tcPr>
          <w:p/>
        </w:tc>
      </w:tr>
      <w:tr>
        <w:tc>
          <w:tcPr>
            <w:tcW w:type="dxa" w:w="1749"/>
          </w:tcPr>
          <w:p/>
        </w:tc>
        <w:tc>
          <w:tcPr>
            <w:tcW w:type="dxa" w:w="1749"/>
          </w:tcPr>
          <w:p/>
        </w:tc>
        <w:tc>
          <w:tcPr>
            <w:tcW w:type="dxa" w:w="1749"/>
          </w:tcPr>
          <w:p/>
        </w:tc>
        <w:tc>
          <w:tcPr>
            <w:tcW w:type="dxa" w:w="1749"/>
          </w:tcPr>
          <w:p/>
        </w:tc>
        <w:tc>
          <w:tcPr>
            <w:tcW w:type="dxa" w:w="1749"/>
          </w:tcPr>
          <w:p/>
        </w:tc>
        <w:tc>
          <w:tcPr>
            <w:tcW w:type="dxa" w:w="1749"/>
          </w:tcPr>
          <w:p/>
        </w:tc>
        <w:tc>
          <w:tcPr>
            <w:tcW w:type="dxa" w:w="1749"/>
          </w:tcPr>
          <w:p/>
        </w:tc>
      </w:tr>
      <w:tr>
        <w:tc>
          <w:tcPr>
            <w:tcW w:type="dxa" w:w="1749"/>
          </w:tcPr>
          <w:p/>
        </w:tc>
        <w:tc>
          <w:tcPr>
            <w:tcW w:type="dxa" w:w="1749"/>
          </w:tcPr>
          <w:p/>
        </w:tc>
        <w:tc>
          <w:tcPr>
            <w:tcW w:type="dxa" w:w="1749"/>
          </w:tcPr>
          <w:p/>
        </w:tc>
        <w:tc>
          <w:tcPr>
            <w:tcW w:type="dxa" w:w="1749"/>
          </w:tcPr>
          <w:p/>
        </w:tc>
        <w:tc>
          <w:tcPr>
            <w:tcW w:type="dxa" w:w="1749"/>
          </w:tcPr>
          <w:p/>
        </w:tc>
        <w:tc>
          <w:tcPr>
            <w:tcW w:type="dxa" w:w="1749"/>
          </w:tcPr>
          <w:p/>
        </w:tc>
        <w:tc>
          <w:tcPr>
            <w:tcW w:type="dxa" w:w="1749"/>
          </w:tcPr>
          <w:p/>
        </w:tc>
      </w:tr>
      <w:tr>
        <w:tc>
          <w:tcPr>
            <w:tcW w:type="dxa" w:w="1749"/>
          </w:tcPr>
          <w:p/>
        </w:tc>
        <w:tc>
          <w:tcPr>
            <w:tcW w:type="dxa" w:w="1749"/>
          </w:tcPr>
          <w:p/>
        </w:tc>
        <w:tc>
          <w:tcPr>
            <w:tcW w:type="dxa" w:w="1749"/>
          </w:tcPr>
          <w:p/>
        </w:tc>
        <w:tc>
          <w:tcPr>
            <w:tcW w:type="dxa" w:w="1749"/>
          </w:tcPr>
          <w:p/>
        </w:tc>
        <w:tc>
          <w:tcPr>
            <w:tcW w:type="dxa" w:w="1749"/>
          </w:tcPr>
          <w:p/>
        </w:tc>
        <w:tc>
          <w:tcPr>
            <w:tcW w:type="dxa" w:w="1749"/>
          </w:tcPr>
          <w:p/>
        </w:tc>
        <w:tc>
          <w:tcPr>
            <w:tcW w:type="dxa" w:w="1749"/>
          </w:tcPr>
          <w:p/>
        </w:tc>
      </w:tr>
      <w:tr>
        <w:tc>
          <w:tcPr>
            <w:tcW w:type="dxa" w:w="1749"/>
          </w:tcPr>
          <w:p/>
        </w:tc>
        <w:tc>
          <w:tcPr>
            <w:tcW w:type="dxa" w:w="1749"/>
          </w:tcPr>
          <w:p/>
        </w:tc>
        <w:tc>
          <w:tcPr>
            <w:tcW w:type="dxa" w:w="1749"/>
          </w:tcPr>
          <w:p/>
        </w:tc>
        <w:tc>
          <w:tcPr>
            <w:tcW w:type="dxa" w:w="1749"/>
          </w:tcPr>
          <w:p/>
        </w:tc>
        <w:tc>
          <w:tcPr>
            <w:tcW w:type="dxa" w:w="1749"/>
          </w:tcPr>
          <w:p/>
        </w:tc>
        <w:tc>
          <w:tcPr>
            <w:tcW w:type="dxa" w:w="1749"/>
          </w:tcPr>
          <w:p/>
        </w:tc>
        <w:tc>
          <w:tcPr>
            <w:tcW w:type="dxa" w:w="1749"/>
          </w:tcPr>
          <w:p/>
        </w:tc>
      </w:tr>
      <w:tr>
        <w:tc>
          <w:tcPr>
            <w:tcW w:type="dxa" w:w="1749"/>
          </w:tcPr>
          <w:p/>
        </w:tc>
        <w:tc>
          <w:tcPr>
            <w:tcW w:type="dxa" w:w="1749"/>
          </w:tcPr>
          <w:p/>
        </w:tc>
        <w:tc>
          <w:tcPr>
            <w:tcW w:type="dxa" w:w="1749"/>
          </w:tcPr>
          <w:p/>
        </w:tc>
        <w:tc>
          <w:tcPr>
            <w:tcW w:type="dxa" w:w="1749"/>
          </w:tcPr>
          <w:p/>
        </w:tc>
        <w:tc>
          <w:tcPr>
            <w:tcW w:type="dxa" w:w="1749"/>
          </w:tcPr>
          <w:p/>
        </w:tc>
        <w:tc>
          <w:tcPr>
            <w:tcW w:type="dxa" w:w="1749"/>
          </w:tcPr>
          <w:p/>
        </w:tc>
        <w:tc>
          <w:tcPr>
            <w:tcW w:type="dxa" w:w="1749"/>
          </w:tcPr>
          <w:p/>
        </w:tc>
      </w:tr>
      <w:tr>
        <w:tc>
          <w:tcPr>
            <w:tcW w:type="dxa" w:w="1749"/>
          </w:tcPr>
          <w:p/>
        </w:tc>
        <w:tc>
          <w:tcPr>
            <w:tcW w:type="dxa" w:w="1749"/>
          </w:tcPr>
          <w:p/>
        </w:tc>
        <w:tc>
          <w:tcPr>
            <w:tcW w:type="dxa" w:w="1749"/>
          </w:tcPr>
          <w:p/>
        </w:tc>
        <w:tc>
          <w:tcPr>
            <w:tcW w:type="dxa" w:w="1749"/>
          </w:tcPr>
          <w:p/>
        </w:tc>
        <w:tc>
          <w:tcPr>
            <w:tcW w:type="dxa" w:w="1749"/>
          </w:tcPr>
          <w:p/>
        </w:tc>
        <w:tc>
          <w:tcPr>
            <w:tcW w:type="dxa" w:w="1749"/>
          </w:tcPr>
          <w:p/>
        </w:tc>
        <w:tc>
          <w:tcPr>
            <w:tcW w:type="dxa" w:w="1749"/>
          </w:tcPr>
          <w:p/>
        </w:tc>
      </w:tr>
      <w:tr>
        <w:tc>
          <w:tcPr>
            <w:tcW w:type="dxa" w:w="1749"/>
          </w:tcPr>
          <w:p/>
        </w:tc>
        <w:tc>
          <w:tcPr>
            <w:tcW w:type="dxa" w:w="1749"/>
          </w:tcPr>
          <w:p/>
        </w:tc>
        <w:tc>
          <w:tcPr>
            <w:tcW w:type="dxa" w:w="1749"/>
          </w:tcPr>
          <w:p/>
        </w:tc>
        <w:tc>
          <w:tcPr>
            <w:tcW w:type="dxa" w:w="1749"/>
          </w:tcPr>
          <w:p/>
        </w:tc>
        <w:tc>
          <w:tcPr>
            <w:tcW w:type="dxa" w:w="1749"/>
          </w:tcPr>
          <w:p/>
        </w:tc>
        <w:tc>
          <w:tcPr>
            <w:tcW w:type="dxa" w:w="1749"/>
          </w:tcPr>
          <w:p/>
        </w:tc>
        <w:tc>
          <w:tcPr>
            <w:tcW w:type="dxa" w:w="1749"/>
          </w:tcPr>
          <w:p/>
        </w:tc>
      </w:tr>
      <w:tr>
        <w:tc>
          <w:tcPr>
            <w:tcW w:type="dxa" w:w="1749"/>
          </w:tcPr>
          <w:p/>
        </w:tc>
        <w:tc>
          <w:tcPr>
            <w:tcW w:type="dxa" w:w="1749"/>
          </w:tcPr>
          <w:p/>
        </w:tc>
        <w:tc>
          <w:tcPr>
            <w:tcW w:type="dxa" w:w="1749"/>
          </w:tcPr>
          <w:p/>
        </w:tc>
        <w:tc>
          <w:tcPr>
            <w:tcW w:type="dxa" w:w="1749"/>
          </w:tcPr>
          <w:p/>
        </w:tc>
        <w:tc>
          <w:tcPr>
            <w:tcW w:type="dxa" w:w="1749"/>
          </w:tcPr>
          <w:p/>
        </w:tc>
        <w:tc>
          <w:tcPr>
            <w:tcW w:type="dxa" w:w="1749"/>
          </w:tcPr>
          <w:p/>
        </w:tc>
        <w:tc>
          <w:tcPr>
            <w:tcW w:type="dxa" w:w="1749"/>
          </w:tcPr>
          <w:p/>
        </w:tc>
      </w:tr>
      <w:tr>
        <w:tc>
          <w:tcPr>
            <w:tcW w:type="dxa" w:w="1749"/>
          </w:tcPr>
          <w:p/>
        </w:tc>
        <w:tc>
          <w:tcPr>
            <w:tcW w:type="dxa" w:w="1749"/>
          </w:tcPr>
          <w:p/>
        </w:tc>
        <w:tc>
          <w:tcPr>
            <w:tcW w:type="dxa" w:w="1749"/>
          </w:tcPr>
          <w:p/>
        </w:tc>
        <w:tc>
          <w:tcPr>
            <w:tcW w:type="dxa" w:w="1749"/>
          </w:tcPr>
          <w:p/>
        </w:tc>
        <w:tc>
          <w:tcPr>
            <w:tcW w:type="dxa" w:w="1749"/>
          </w:tcPr>
          <w:p/>
        </w:tc>
        <w:tc>
          <w:tcPr>
            <w:tcW w:type="dxa" w:w="1749"/>
          </w:tcPr>
          <w:p/>
        </w:tc>
        <w:tc>
          <w:tcPr>
            <w:tcW w:type="dxa" w:w="1749"/>
          </w:tcPr>
          <w:p/>
        </w:tc>
      </w:tr>
      <w:tr>
        <w:tc>
          <w:tcPr>
            <w:tcW w:type="dxa" w:w="1749"/>
          </w:tcPr>
          <w:p/>
        </w:tc>
        <w:tc>
          <w:tcPr>
            <w:tcW w:type="dxa" w:w="1749"/>
          </w:tcPr>
          <w:p/>
        </w:tc>
        <w:tc>
          <w:tcPr>
            <w:tcW w:type="dxa" w:w="1749"/>
          </w:tcPr>
          <w:p/>
        </w:tc>
        <w:tc>
          <w:tcPr>
            <w:tcW w:type="dxa" w:w="1749"/>
          </w:tcPr>
          <w:p/>
        </w:tc>
        <w:tc>
          <w:tcPr>
            <w:tcW w:type="dxa" w:w="1749"/>
          </w:tcPr>
          <w:p/>
        </w:tc>
        <w:tc>
          <w:tcPr>
            <w:tcW w:type="dxa" w:w="1749"/>
          </w:tcPr>
          <w:p/>
        </w:tc>
        <w:tc>
          <w:tcPr>
            <w:tcW w:type="dxa" w:w="1749"/>
          </w:tcPr>
          <w:p/>
        </w:tc>
      </w:tr>
      <w:tr>
        <w:tc>
          <w:tcPr>
            <w:tcW w:type="dxa" w:w="1749"/>
          </w:tcPr>
          <w:p/>
        </w:tc>
        <w:tc>
          <w:tcPr>
            <w:tcW w:type="dxa" w:w="1749"/>
          </w:tcPr>
          <w:p/>
        </w:tc>
        <w:tc>
          <w:tcPr>
            <w:tcW w:type="dxa" w:w="1749"/>
          </w:tcPr>
          <w:p/>
        </w:tc>
        <w:tc>
          <w:tcPr>
            <w:tcW w:type="dxa" w:w="1749"/>
          </w:tcPr>
          <w:p/>
        </w:tc>
        <w:tc>
          <w:tcPr>
            <w:tcW w:type="dxa" w:w="1749"/>
          </w:tcPr>
          <w:p/>
        </w:tc>
        <w:tc>
          <w:tcPr>
            <w:tcW w:type="dxa" w:w="1749"/>
          </w:tcPr>
          <w:p/>
        </w:tc>
        <w:tc>
          <w:tcPr>
            <w:tcW w:type="dxa" w:w="1749"/>
          </w:tcPr>
          <w:p/>
        </w:tc>
      </w:tr>
      <w:tr>
        <w:tc>
          <w:tcPr>
            <w:tcW w:type="dxa" w:w="1749"/>
          </w:tcPr>
          <w:p/>
        </w:tc>
        <w:tc>
          <w:tcPr>
            <w:tcW w:type="dxa" w:w="1749"/>
          </w:tcPr>
          <w:p/>
        </w:tc>
        <w:tc>
          <w:tcPr>
            <w:tcW w:type="dxa" w:w="1749"/>
          </w:tcPr>
          <w:p/>
        </w:tc>
        <w:tc>
          <w:tcPr>
            <w:tcW w:type="dxa" w:w="1749"/>
          </w:tcPr>
          <w:p/>
        </w:tc>
        <w:tc>
          <w:tcPr>
            <w:tcW w:type="dxa" w:w="1749"/>
          </w:tcPr>
          <w:p/>
        </w:tc>
        <w:tc>
          <w:tcPr>
            <w:tcW w:type="dxa" w:w="1749"/>
          </w:tcPr>
          <w:p/>
        </w:tc>
        <w:tc>
          <w:tcPr>
            <w:tcW w:type="dxa" w:w="1749"/>
          </w:tcPr>
          <w:p/>
        </w:tc>
      </w:tr>
      <w:tr>
        <w:tc>
          <w:tcPr>
            <w:tcW w:type="dxa" w:w="1749"/>
          </w:tcPr>
          <w:p/>
        </w:tc>
        <w:tc>
          <w:tcPr>
            <w:tcW w:type="dxa" w:w="1749"/>
          </w:tcPr>
          <w:p/>
        </w:tc>
        <w:tc>
          <w:tcPr>
            <w:tcW w:type="dxa" w:w="1749"/>
          </w:tcPr>
          <w:p/>
        </w:tc>
        <w:tc>
          <w:tcPr>
            <w:tcW w:type="dxa" w:w="1749"/>
          </w:tcPr>
          <w:p/>
        </w:tc>
        <w:tc>
          <w:tcPr>
            <w:tcW w:type="dxa" w:w="1749"/>
          </w:tcPr>
          <w:p/>
        </w:tc>
        <w:tc>
          <w:tcPr>
            <w:tcW w:type="dxa" w:w="1749"/>
          </w:tcPr>
          <w:p/>
        </w:tc>
        <w:tc>
          <w:tcPr>
            <w:tcW w:type="dxa" w:w="1749"/>
          </w:tcPr>
          <w:p/>
        </w:tc>
      </w:tr>
      <w:tr>
        <w:tc>
          <w:tcPr>
            <w:tcW w:type="dxa" w:w="1749"/>
          </w:tcPr>
          <w:p/>
        </w:tc>
        <w:tc>
          <w:tcPr>
            <w:tcW w:type="dxa" w:w="1749"/>
          </w:tcPr>
          <w:p/>
        </w:tc>
        <w:tc>
          <w:tcPr>
            <w:tcW w:type="dxa" w:w="1749"/>
          </w:tcPr>
          <w:p/>
        </w:tc>
        <w:tc>
          <w:tcPr>
            <w:tcW w:type="dxa" w:w="1749"/>
          </w:tcPr>
          <w:p/>
        </w:tc>
        <w:tc>
          <w:tcPr>
            <w:tcW w:type="dxa" w:w="1749"/>
          </w:tcPr>
          <w:p/>
        </w:tc>
        <w:tc>
          <w:tcPr>
            <w:tcW w:type="dxa" w:w="1749"/>
          </w:tcPr>
          <w:p/>
        </w:tc>
        <w:tc>
          <w:tcPr>
            <w:tcW w:type="dxa" w:w="1749"/>
          </w:tcPr>
          <w:p/>
        </w:tc>
      </w:tr>
      <w:tr>
        <w:tc>
          <w:tcPr>
            <w:tcW w:type="dxa" w:w="1749"/>
          </w:tcPr>
          <w:p/>
        </w:tc>
        <w:tc>
          <w:tcPr>
            <w:tcW w:type="dxa" w:w="1749"/>
          </w:tcPr>
          <w:p/>
        </w:tc>
        <w:tc>
          <w:tcPr>
            <w:tcW w:type="dxa" w:w="1749"/>
          </w:tcPr>
          <w:p/>
        </w:tc>
        <w:tc>
          <w:tcPr>
            <w:tcW w:type="dxa" w:w="1749"/>
          </w:tcPr>
          <w:p/>
        </w:tc>
        <w:tc>
          <w:tcPr>
            <w:tcW w:type="dxa" w:w="1749"/>
          </w:tcPr>
          <w:p/>
        </w:tc>
        <w:tc>
          <w:tcPr>
            <w:tcW w:type="dxa" w:w="1749"/>
          </w:tcPr>
          <w:p/>
        </w:tc>
        <w:tc>
          <w:tcPr>
            <w:tcW w:type="dxa" w:w="1749"/>
          </w:tcPr>
          <w:p/>
        </w:tc>
      </w:tr>
      <w:tr>
        <w:tc>
          <w:tcPr>
            <w:tcW w:type="dxa" w:w="1749"/>
          </w:tcPr>
          <w:p/>
        </w:tc>
        <w:tc>
          <w:tcPr>
            <w:tcW w:type="dxa" w:w="1749"/>
          </w:tcPr>
          <w:p/>
        </w:tc>
        <w:tc>
          <w:tcPr>
            <w:tcW w:type="dxa" w:w="1749"/>
          </w:tcPr>
          <w:p/>
        </w:tc>
        <w:tc>
          <w:tcPr>
            <w:tcW w:type="dxa" w:w="1749"/>
          </w:tcPr>
          <w:p/>
        </w:tc>
        <w:tc>
          <w:tcPr>
            <w:tcW w:type="dxa" w:w="1749"/>
          </w:tcPr>
          <w:p/>
        </w:tc>
        <w:tc>
          <w:tcPr>
            <w:tcW w:type="dxa" w:w="1749"/>
          </w:tcPr>
          <w:p/>
        </w:tc>
        <w:tc>
          <w:tcPr>
            <w:tcW w:type="dxa" w:w="1749"/>
          </w:tcPr>
          <w:p/>
        </w:tc>
      </w:tr>
      <w:tr>
        <w:tc>
          <w:tcPr>
            <w:tcW w:type="dxa" w:w="1749"/>
          </w:tcPr>
          <w:p/>
        </w:tc>
        <w:tc>
          <w:tcPr>
            <w:tcW w:type="dxa" w:w="1749"/>
          </w:tcPr>
          <w:p/>
        </w:tc>
        <w:tc>
          <w:tcPr>
            <w:tcW w:type="dxa" w:w="1749"/>
          </w:tcPr>
          <w:p/>
        </w:tc>
        <w:tc>
          <w:tcPr>
            <w:tcW w:type="dxa" w:w="1749"/>
          </w:tcPr>
          <w:p/>
        </w:tc>
        <w:tc>
          <w:tcPr>
            <w:tcW w:type="dxa" w:w="1749"/>
          </w:tcPr>
          <w:p/>
        </w:tc>
        <w:tc>
          <w:tcPr>
            <w:tcW w:type="dxa" w:w="1749"/>
          </w:tcPr>
          <w:p/>
        </w:tc>
        <w:tc>
          <w:tcPr>
            <w:tcW w:type="dxa" w:w="1749"/>
          </w:tcPr>
          <w:p/>
        </w:tc>
      </w:tr>
      <w:tr>
        <w:tc>
          <w:tcPr>
            <w:tcW w:type="dxa" w:w="1749"/>
          </w:tcPr>
          <w:p/>
        </w:tc>
        <w:tc>
          <w:tcPr>
            <w:tcW w:type="dxa" w:w="1749"/>
          </w:tcPr>
          <w:p/>
        </w:tc>
        <w:tc>
          <w:tcPr>
            <w:tcW w:type="dxa" w:w="1749"/>
          </w:tcPr>
          <w:p/>
        </w:tc>
        <w:tc>
          <w:tcPr>
            <w:tcW w:type="dxa" w:w="1749"/>
          </w:tcPr>
          <w:p/>
        </w:tc>
        <w:tc>
          <w:tcPr>
            <w:tcW w:type="dxa" w:w="1749"/>
          </w:tcPr>
          <w:p/>
        </w:tc>
        <w:tc>
          <w:tcPr>
            <w:tcW w:type="dxa" w:w="1749"/>
          </w:tcPr>
          <w:p/>
        </w:tc>
        <w:tc>
          <w:tcPr>
            <w:tcW w:type="dxa" w:w="1749"/>
          </w:tcPr>
          <w:p/>
        </w:tc>
      </w:tr>
      <w:tr>
        <w:tc>
          <w:tcPr>
            <w:tcW w:type="dxa" w:w="1749"/>
          </w:tcPr>
          <w:p/>
        </w:tc>
        <w:tc>
          <w:tcPr>
            <w:tcW w:type="dxa" w:w="1749"/>
          </w:tcPr>
          <w:p/>
        </w:tc>
        <w:tc>
          <w:tcPr>
            <w:tcW w:type="dxa" w:w="1749"/>
          </w:tcPr>
          <w:p/>
        </w:tc>
        <w:tc>
          <w:tcPr>
            <w:tcW w:type="dxa" w:w="1749"/>
          </w:tcPr>
          <w:p/>
        </w:tc>
        <w:tc>
          <w:tcPr>
            <w:tcW w:type="dxa" w:w="1749"/>
          </w:tcPr>
          <w:p/>
        </w:tc>
        <w:tc>
          <w:tcPr>
            <w:tcW w:type="dxa" w:w="1749"/>
          </w:tcPr>
          <w:p/>
        </w:tc>
        <w:tc>
          <w:tcPr>
            <w:tcW w:type="dxa" w:w="1749"/>
          </w:tcPr>
          <w:p/>
        </w:tc>
      </w:tr>
    </w:tbl>
    <w:p>
      <w:r>
        <w:rPr>
          <w:color w:val="71717A"/>
          <w:sz w:val="17"/>
        </w:rPr>
        <w:t>Free to use and change, but not legal or medical advice. Check your state's licensing rules and your insurer's requirements, and have a lawyer review any consent or waiver language. Template from BackPR · backpr.com.</w:t>
      </w:r>
    </w:p>
    <w:sectPr w:rsidR="00FC693F" w:rsidRPr="0006063C" w:rsidSect="00034616">
      <w:pgSz w:w="15840" w:h="12240" w:orient="landscape"/>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Daily sign-in and sign-out sheet</dc:title>
  <dc:subject/>
  <dc:creator>BackPR</dc:creator>
  <cp:keywords/>
  <dc:description>generated by python-docx</dc:description>
  <cp:lastModifiedBy/>
  <cp:revision>1</cp:revision>
  <dcterms:created xsi:type="dcterms:W3CDTF">2013-12-23T23:15:00Z</dcterms:created>
  <dcterms:modified xsi:type="dcterms:W3CDTF">2013-12-23T23:15:00Z</dcterms:modified>
  <cp:category/>
  <dc:language>en</dc:language>
</cp:coreProperties>
</file>