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Counselor job description</w:t>
      </w:r>
    </w:p>
    <w:p>
      <w:pPr>
        <w:pStyle w:val="Heading2"/>
      </w:pPr>
      <w:r>
        <w:t>Position</w:t>
      </w:r>
    </w:p>
    <w:p>
      <w:pPr>
        <w:pStyle w:val="ListBullet"/>
      </w:pPr>
      <w:r>
        <w:t>Title: [Counselor]</w:t>
      </w:r>
    </w:p>
    <w:p>
      <w:pPr>
        <w:pStyle w:val="ListBullet"/>
      </w:pPr>
      <w:r>
        <w:t>Reports to: [program director or site lead]</w:t>
      </w:r>
    </w:p>
    <w:p>
      <w:pPr>
        <w:pStyle w:val="ListBullet"/>
      </w:pPr>
      <w:r>
        <w:t>Location: [site address]</w:t>
      </w:r>
    </w:p>
    <w:p>
      <w:pPr>
        <w:pStyle w:val="ListBullet"/>
      </w:pPr>
      <w:r>
        <w:t>Dates and hours: [dates, days and times]</w:t>
      </w:r>
    </w:p>
    <w:p>
      <w:pPr>
        <w:pStyle w:val="ListBullet"/>
      </w:pPr>
      <w:r>
        <w:t>Pay: [$ per hour]</w:t>
      </w:r>
    </w:p>
    <w:p>
      <w:pPr>
        <w:pStyle w:val="ListBullet"/>
      </w:pPr>
      <w:r>
        <w:t>Type: [seasonal, part-time or full-time]</w:t>
      </w:r>
    </w:p>
    <w:p>
      <w:pPr>
        <w:pStyle w:val="Heading2"/>
      </w:pPr>
      <w:r>
        <w:t>About the job</w:t>
      </w:r>
    </w:p>
    <w:p>
      <w:r>
        <w:t>[Program name] is looking for caring, energetic counselors to lead a group of [ages] children through [activities]. You'll keep kids safe, help them try new things and make sure every child feels welcome.</w:t>
      </w:r>
    </w:p>
    <w:p>
      <w:pPr>
        <w:pStyle w:val="Heading2"/>
      </w:pPr>
      <w:r>
        <w:t>What you'll do</w:t>
      </w:r>
    </w:p>
    <w:p>
      <w:pPr>
        <w:pStyle w:val="ListBullet"/>
      </w:pPr>
      <w:r>
        <w:t>Supervise a group of [number] children at all times, with headcounts at every move.</w:t>
      </w:r>
    </w:p>
    <w:p>
      <w:pPr>
        <w:pStyle w:val="ListBullet"/>
      </w:pPr>
      <w:r>
        <w:t>Lead games, crafts, sports and other activities, and help plan new ones.</w:t>
      </w:r>
    </w:p>
    <w:p>
      <w:pPr>
        <w:pStyle w:val="ListBullet"/>
      </w:pPr>
      <w:r>
        <w:t>Help children solve conflicts and follow the code of conduct, using positive behavior guidance.</w:t>
      </w:r>
    </w:p>
    <w:p>
      <w:pPr>
        <w:pStyle w:val="ListBullet"/>
      </w:pPr>
      <w:r>
        <w:t>Follow safety, emergency, pickup and medication procedures.</w:t>
      </w:r>
    </w:p>
    <w:p>
      <w:pPr>
        <w:pStyle w:val="ListBullet"/>
      </w:pPr>
      <w:r>
        <w:t>Notice and report injuries, illness and any concerns about a child's safety, including suspected abuse or neglect.</w:t>
      </w:r>
    </w:p>
    <w:p>
      <w:pPr>
        <w:pStyle w:val="ListBullet"/>
      </w:pPr>
      <w:r>
        <w:t>Greet families at drop-off and pickup, and share how the day went.</w:t>
      </w:r>
    </w:p>
    <w:p>
      <w:pPr>
        <w:pStyle w:val="ListBullet"/>
      </w:pPr>
      <w:r>
        <w:t>Keep attendance and incident records.</w:t>
      </w:r>
    </w:p>
    <w:p>
      <w:pPr>
        <w:pStyle w:val="ListBullet"/>
      </w:pPr>
      <w:r>
        <w:t>Set up, clean up and take care of equipment.</w:t>
      </w:r>
    </w:p>
    <w:p>
      <w:pPr>
        <w:pStyle w:val="ListBullet"/>
      </w:pPr>
      <w:r>
        <w:t>Take part in staff training and meetings.</w:t>
      </w:r>
    </w:p>
    <w:p>
      <w:pPr>
        <w:pStyle w:val="Heading2"/>
      </w:pPr>
      <w:r>
        <w:t>What you need</w:t>
      </w:r>
    </w:p>
    <w:p>
      <w:pPr>
        <w:pStyle w:val="ListBullet"/>
      </w:pPr>
      <w:r>
        <w:t>At least [18] years old [or 16 for junior counselors]</w:t>
      </w:r>
    </w:p>
    <w:p>
      <w:pPr>
        <w:pStyle w:val="ListBullet"/>
      </w:pPr>
      <w:r>
        <w:t>Experience with children, such as babysitting, coaching, tutoring or teaching</w:t>
      </w:r>
    </w:p>
    <w:p>
      <w:pPr>
        <w:pStyle w:val="ListBullet"/>
      </w:pPr>
      <w:r>
        <w:t>First aid and CPR certification, or willingness to get it before you start [at our cost]</w:t>
      </w:r>
    </w:p>
    <w:p>
      <w:pPr>
        <w:pStyle w:val="ListBullet"/>
      </w:pPr>
      <w:r>
        <w:t>Pass a background check and any other checks [your state] requires</w:t>
      </w:r>
    </w:p>
    <w:p>
      <w:pPr>
        <w:pStyle w:val="ListBullet"/>
      </w:pPr>
      <w:r>
        <w:t>Patient, dependable and calm under pressure</w:t>
      </w:r>
    </w:p>
    <w:p>
      <w:pPr>
        <w:pStyle w:val="ListBullet"/>
      </w:pPr>
      <w:r>
        <w:t>Able to communicate clearly with children and families [in English; Spanish is a plus]</w:t>
      </w:r>
    </w:p>
    <w:p>
      <w:pPr>
        <w:pStyle w:val="Heading2"/>
      </w:pPr>
      <w:r>
        <w:t>Nice to have</w:t>
      </w:r>
    </w:p>
    <w:p>
      <w:pPr>
        <w:pStyle w:val="ListBullet"/>
      </w:pPr>
      <w:r>
        <w:t>Lifeguard certification</w:t>
      </w:r>
    </w:p>
    <w:p>
      <w:pPr>
        <w:pStyle w:val="ListBullet"/>
      </w:pPr>
      <w:r>
        <w:t>Skills in art, music, sports, science or the outdoors</w:t>
      </w:r>
    </w:p>
    <w:p>
      <w:pPr>
        <w:pStyle w:val="ListBullet"/>
      </w:pPr>
      <w:r>
        <w:t>A second language</w:t>
      </w:r>
    </w:p>
    <w:p>
      <w:pPr>
        <w:pStyle w:val="Heading2"/>
      </w:pPr>
      <w:r>
        <w:t>Physical demands</w:t>
      </w:r>
    </w:p>
    <w:p>
      <w:r>
        <w:t>This job means being on your feet and outdoors for much of the day, often in hot weather. You must be able to [walk long distances, run, lift up to 25 pounds, sit on the floor and respond quickly in an emergency], with or without reasonable accommodation. If you need an accommodation to apply or do the job, contact [name].</w:t>
      </w:r>
    </w:p>
    <w:p>
      <w:pPr>
        <w:pStyle w:val="Heading2"/>
      </w:pPr>
      <w:r>
        <w:t>How to apply</w:t>
      </w:r>
    </w:p>
    <w:p>
      <w:r>
        <w:t>Send [a resume or our application] to [email] by [date]. Questions? Contact [name]. [Program name] is an equal opportunity employer.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Counselor job description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