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Childcare tuition and fee agreement</w:t>
      </w:r>
    </w:p>
    <w:p>
      <w:r>
        <w:t>Where you see options, pick one, fill in the [brackets] and delete the rest. Use the same terms as your parent handbook and refund policy, and have a lawyer review the final version before families sign it.</w:t>
      </w:r>
    </w:p>
    <w:p>
      <w:pPr>
        <w:pStyle w:val="Heading2"/>
      </w:pPr>
      <w:r>
        <w:t>Family and child</w:t>
      </w:r>
    </w:p>
    <w:p>
      <w:r>
        <w:t>Child's name: ________________________________________________</w:t>
      </w:r>
    </w:p>
    <w:p>
      <w:r>
        <w:t>Parent or guardian names: ____________________________________</w:t>
      </w:r>
    </w:p>
    <w:p>
      <w:r>
        <w:t>Start date: __________________________________________________</w:t>
      </w:r>
    </w:p>
    <w:p>
      <w:r>
        <w:t>Days and hours enrolled: _____________________________________</w:t>
      </w:r>
    </w:p>
    <w:p>
      <w:pPr>
        <w:pStyle w:val="Heading2"/>
      </w:pPr>
      <w:r>
        <w:t>Tuition (filled in by the program)</w:t>
      </w:r>
    </w:p>
    <w:p>
      <w:r>
        <w:t>Tuition rate ($ per week or month): __________________________</w:t>
      </w:r>
    </w:p>
    <w:p>
      <w:r>
        <w:t>What tuition covers (such as meals, snacks, diapers or supplies)</w:t>
        <w:br/>
        <w:t>______________________________________________________________________</w:t>
      </w:r>
    </w:p>
    <w:p>
      <w:r>
        <w:t>Billing period (weekly, every two weeks or monthly)</w:t>
        <w:br/>
        <w:t>______________________________________________________________________</w:t>
      </w:r>
    </w:p>
    <w:p>
      <w:r>
        <w:t>Due date: ____________________________________________________</w:t>
      </w:r>
    </w:p>
    <w:p>
      <w:r>
        <w:t>How to pay: __________________________________________________</w:t>
      </w:r>
    </w:p>
    <w:p>
      <w:pPr>
        <w:pStyle w:val="Heading2"/>
      </w:pPr>
      <w:r>
        <w:t>Absences and holidays</w:t>
      </w:r>
    </w:p>
    <w:p>
      <w:r>
        <w:t>Choose one:</w:t>
      </w:r>
    </w:p>
    <w:p>
      <w:pPr>
        <w:pStyle w:val="ListBullet"/>
      </w:pPr>
      <w:r>
        <w:t>Option A: Tuition holds your child's spot, so it stays the same when your child is absent, including sick days and vacations, and on holidays and other days we're closed.</w:t>
      </w:r>
    </w:p>
    <w:p>
      <w:pPr>
        <w:pStyle w:val="ListBullet"/>
      </w:pPr>
      <w:r>
        <w:t>Option B: Tuition stays the same for absences and holidays, but each family gets [number] weeks of vacation a year at [no charge or a reduced rate] with [number] weeks' written notice.</w:t>
      </w:r>
    </w:p>
    <w:p>
      <w:pPr>
        <w:pStyle w:val="Heading2"/>
      </w:pPr>
      <w:r>
        <w:t>Emergency closures</w:t>
      </w:r>
    </w:p>
    <w:p>
      <w:r>
        <w:t>If we close because of severe weather, a public health order or another emergency outside our control, [what happens to tuition, such as a credit after a set number of closed days].</w:t>
      </w:r>
    </w:p>
    <w:p>
      <w:pPr>
        <w:pStyle w:val="Heading2"/>
      </w:pPr>
      <w:r>
        <w:t>Other fees (filled in by the program)</w:t>
      </w:r>
    </w:p>
    <w:p>
      <w:r>
        <w:t>Registration or enrollment fee (and whether it's refundable)</w:t>
        <w:br/>
        <w:t>______________________________________________________________________</w:t>
      </w:r>
    </w:p>
    <w:p>
      <w:r>
        <w:t>Yearly supply or activity fee: _______________________________</w:t>
      </w:r>
    </w:p>
    <w:p>
      <w:r>
        <w:t>Late payment fee: ____________________________________________</w:t>
      </w:r>
    </w:p>
    <w:p>
      <w:r>
        <w:t>Returned payment fee: ________________________________________</w:t>
      </w:r>
    </w:p>
    <w:p>
      <w:r>
        <w:t>Late pickup fee (see our late pickup policy): ________________</w:t>
      </w:r>
    </w:p>
    <w:p>
      <w:r>
        <w:t>Other fees: __________________________________________________</w:t>
      </w:r>
    </w:p>
    <w:p>
      <w:pPr>
        <w:pStyle w:val="Heading2"/>
      </w:pPr>
      <w:r>
        <w:t>Discounts and help paying</w:t>
      </w:r>
    </w:p>
    <w:p>
      <w:r>
        <w:t>[Sibling or other discounts.] If a childcare subsidy, employer or other agency pays part of your tuition, you pay [your share, following that program's rules]. If you're having trouble paying, please talk to us early. We'll do what we can to help, [such as setting up a payment plan].</w:t>
      </w:r>
    </w:p>
    <w:p>
      <w:pPr>
        <w:pStyle w:val="Heading2"/>
      </w:pPr>
      <w:r>
        <w:t>Late payments</w:t>
      </w:r>
    </w:p>
    <w:p>
      <w:pPr>
        <w:pStyle w:val="ListBullet"/>
      </w:pPr>
      <w:r>
        <w:t>Tuition is late if we haven't received it by [day and time]. We'll send a reminder on [day].</w:t>
      </w:r>
    </w:p>
    <w:p>
      <w:pPr>
        <w:pStyle w:val="ListBullet"/>
      </w:pPr>
      <w:r>
        <w:t>A late fee of [$ amount] applies after [number] days.</w:t>
      </w:r>
    </w:p>
    <w:p>
      <w:pPr>
        <w:pStyle w:val="ListBullet"/>
      </w:pPr>
      <w:r>
        <w:t>If tuition is more than [number] days late, we'll contact you to make a plan. If we can't agree on one, care may [pause or end] after [number] days' written notice.</w:t>
      </w:r>
    </w:p>
    <w:p>
      <w:pPr>
        <w:pStyle w:val="Heading2"/>
      </w:pPr>
      <w:r>
        <w:t>Rate changes</w:t>
      </w:r>
    </w:p>
    <w:p>
      <w:r>
        <w:t>We'll give you at least [30] days' written notice before tuition or fees change.</w:t>
      </w:r>
    </w:p>
    <w:p>
      <w:pPr>
        <w:pStyle w:val="Heading2"/>
      </w:pPr>
      <w:r>
        <w:t>Withdrawing your child</w:t>
      </w:r>
    </w:p>
    <w:p>
      <w:r>
        <w:t>To withdraw, please give us [two weeks'] written notice by emailing [email] [or through your online account]. The notice period starts on the date we receive your notice. Tuition is due for the notice period, whether or not your child attends.</w:t>
      </w:r>
    </w:p>
    <w:p>
      <w:pPr>
        <w:pStyle w:val="Heading2"/>
      </w:pPr>
      <w:r>
        <w:t>If we end care</w:t>
      </w:r>
    </w:p>
    <w:p>
      <w:r>
        <w:t>We'll give you [number] weeks' written notice if we need to end care, unless a child's or staff member's safety is at risk. We'll refund any tuition you've paid for days after your child's last day within [10] business days.</w:t>
      </w:r>
    </w:p>
    <w:p>
      <w:pPr>
        <w:pStyle w:val="Heading2"/>
      </w:pPr>
      <w:r>
        <w:t>Refunds</w:t>
      </w:r>
    </w:p>
    <w:p>
      <w:r>
        <w:t>Our refund and cancellation policy explains deposits and refunds.</w:t>
      </w:r>
    </w:p>
    <w:p>
      <w:pPr>
        <w:pStyle w:val="Heading2"/>
      </w:pPr>
      <w:r>
        <w:t>Year-end statement</w:t>
      </w:r>
    </w:p>
    <w:p>
      <w:r>
        <w:t>By [January 31], we'll give you a statement of what you paid in the past year, with our taxpayer ID number, for the child and dependent care tax credit or a dependent care flexible spending account (FSA).</w:t>
      </w:r>
    </w:p>
    <w:p>
      <w:pPr>
        <w:pStyle w:val="Heading2"/>
      </w:pPr>
      <w:r>
        <w:t>Agreement</w:t>
      </w:r>
    </w:p>
    <w:p>
      <w:r>
        <w:t>I've read this agreement, and I agree to pay tuition and fees as described here and in the program's refund and cancellation policy.</w:t>
      </w:r>
    </w:p>
    <w:p>
      <w:r>
        <w:t>Parent or guardian's printed name: ___________________________</w:t>
      </w:r>
    </w:p>
    <w:p>
      <w:r>
        <w:t>Parent or guardian signature and date: _______________________</w:t>
      </w:r>
    </w:p>
    <w:p>
      <w:r>
        <w:t>Second parent or guardian signature and date (if both are responsible for payment)</w:t>
        <w:br/>
        <w:t>______________________________________________________________________</w:t>
      </w:r>
    </w:p>
    <w:p>
      <w:r>
        <w:t>Director or provider signature and date: 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Childcare tuition and fee agreement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