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Camper progress report</w:t>
      </w:r>
    </w:p>
    <w:p>
      <w:r>
        <w:t>Counselors: write something specific and true for every camper. Families read these closely. Keep concerns for a phone call, not this note.</w:t>
      </w:r>
    </w:p>
    <w:p>
      <w:pPr>
        <w:pStyle w:val="Heading2"/>
      </w:pPr>
      <w:r>
        <w:t>Camper</w:t>
      </w:r>
    </w:p>
    <w:p>
      <w:r>
        <w:t>Name: ________________________________________________________</w:t>
      </w:r>
    </w:p>
    <w:p>
      <w:r>
        <w:t>Group: _______________________________________________________</w:t>
      </w:r>
    </w:p>
    <w:p>
      <w:r>
        <w:t>Week or session: _____________________________________________</w:t>
      </w:r>
    </w:p>
    <w:p>
      <w:r>
        <w:t>Counselor: ___________________________________________________</w:t>
      </w:r>
    </w:p>
    <w:p>
      <w:pPr>
        <w:pStyle w:val="Heading2"/>
      </w:pPr>
      <w:r>
        <w:t>This week</w:t>
      </w:r>
    </w:p>
    <w:p>
      <w:r>
        <w:t>Favorite activities: _________________________________________</w:t>
      </w:r>
    </w:p>
    <w:p>
      <w:r>
        <w:t>Something they got better at: ________________________________</w:t>
      </w:r>
    </w:p>
    <w:p>
      <w:r>
        <w:t>A moment we enjoyed: _________________________________________</w:t>
      </w:r>
    </w:p>
    <w:p>
      <w:r>
        <w:t>Friends they spent time with (first names only)</w:t>
        <w:br/>
        <w:t>______________________________________________________________________</w:t>
      </w:r>
    </w:p>
    <w:p>
      <w:pPr>
        <w:pStyle w:val="Heading2"/>
      </w:pPr>
      <w:r>
        <w:t>Skills (if your camp tracks them)</w:t>
      </w:r>
    </w:p>
    <w:p>
      <w:r>
        <w:t>Swim level: __________________________________________________</w:t>
      </w:r>
    </w:p>
    <w:p>
      <w:r>
        <w:t>Specialty or skill level reached: ____________________________</w:t>
      </w:r>
    </w:p>
    <w:p>
      <w:pPr>
        <w:pStyle w:val="Heading2"/>
      </w:pPr>
      <w:r>
        <w:t>Next time</w:t>
      </w:r>
    </w:p>
    <w:p>
      <w:r>
        <w:t>Something to try next session: _______________________________</w:t>
      </w:r>
    </w:p>
    <w:p>
      <w:pPr>
        <w:pStyle w:val="Heading2"/>
      </w:pPr>
      <w:r>
        <w:t>Signed</w:t>
      </w:r>
    </w:p>
    <w:p>
      <w:r>
        <w:t>Counselor: ___________________________________________________</w:t>
      </w:r>
    </w:p>
    <w:p>
      <w:r>
        <w:t>Director: 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Camper progress report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