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Camp bus and transportation permission form</w:t>
      </w:r>
    </w:p>
    <w:p>
      <w:r>
        <w:t>Please tell us how your child will arrive and leave each day. If plans change on any day, tell us in writing by [time]. We never accept a change from a child alone; we confirm it with you.</w:t>
      </w:r>
    </w:p>
    <w:p>
      <w:pPr>
        <w:pStyle w:val="Heading2"/>
      </w:pPr>
      <w:r>
        <w:t>Camper</w:t>
      </w:r>
    </w:p>
    <w:p>
      <w:r>
        <w:t>Full name: ___________________________________________________</w:t>
      </w:r>
    </w:p>
    <w:p>
      <w:r>
        <w:t>Age: _________________________________________________________</w:t>
      </w:r>
    </w:p>
    <w:p>
      <w:r>
        <w:t>Session and weeks: ___________________________________________</w:t>
      </w:r>
    </w:p>
    <w:p>
      <w:pPr>
        <w:pStyle w:val="Heading2"/>
      </w:pPr>
      <w:r>
        <w:t>Morning</w:t>
      </w:r>
    </w:p>
    <w:p>
      <w:r>
        <w:t>☐  Dropped off by a parent or authorized adult</w:t>
      </w:r>
    </w:p>
    <w:p>
      <w:r>
        <w:t>☐  Camp bus</w:t>
      </w:r>
    </w:p>
    <w:p>
      <w:r>
        <w:t>☐  Carpool</w:t>
      </w:r>
    </w:p>
    <w:p>
      <w:r>
        <w:t>☐  Walks or bikes to camp</w:t>
      </w:r>
    </w:p>
    <w:p>
      <w:r>
        <w:t>Bus stop (if using the camp bus): ____________________________</w:t>
      </w:r>
    </w:p>
    <w:p>
      <w:pPr>
        <w:pStyle w:val="Heading2"/>
      </w:pPr>
      <w:r>
        <w:t>Afternoon</w:t>
      </w:r>
    </w:p>
    <w:p>
      <w:r>
        <w:t>☐  Picked up by a parent or authorized adult</w:t>
      </w:r>
    </w:p>
    <w:p>
      <w:r>
        <w:t>☐  Camp bus</w:t>
      </w:r>
    </w:p>
    <w:p>
      <w:r>
        <w:t>☐  Carpool</w:t>
      </w:r>
    </w:p>
    <w:p>
      <w:r>
        <w:t>☐  Walks or bikes home alone (see below)</w:t>
      </w:r>
    </w:p>
    <w:p>
      <w:r>
        <w:t>Bus stop (if using the camp bus): ____________________________</w:t>
      </w:r>
    </w:p>
    <w:p>
      <w:r>
        <w:t>Adults who may meet the bus (must also be on the authorized pickup list)</w:t>
        <w:br/>
        <w:t>______________________________________________________________________</w:t>
      </w:r>
    </w:p>
    <w:p>
      <w:pPr>
        <w:pStyle w:val="Heading2"/>
      </w:pPr>
      <w:r>
        <w:t>Carpool</w:t>
      </w:r>
    </w:p>
    <w:p>
      <w:r>
        <w:t>Carpools are arranged by families, not by the camp. The camp releases your child only to drivers you list here, and they must also be on your authorized pickup list. Drivers are responsible for car seats and booster seats your child needs.</w:t>
      </w:r>
    </w:p>
    <w:p>
      <w:r>
        <w:t>Drivers in the carpool (names and phones): ___________________</w:t>
      </w:r>
    </w:p>
    <w:p>
      <w:pPr>
        <w:pStyle w:val="Heading2"/>
      </w:pPr>
      <w:r>
        <w:t>Leaving alone</w:t>
      </w:r>
    </w:p>
    <w:p>
      <w:r>
        <w:t>Only for campers age [age] and older, and only if your state's rules allow it.</w:t>
      </w:r>
    </w:p>
    <w:p>
      <w:r>
        <w:t>☐  My child may walk or bike home alone, and I accept responsibility for them once they leave camp</w:t>
      </w:r>
    </w:p>
    <w:p>
      <w:pPr>
        <w:pStyle w:val="Heading2"/>
      </w:pPr>
      <w:r>
        <w:t>If no one meets the bus</w:t>
      </w:r>
    </w:p>
    <w:p>
      <w:r>
        <w:t>Your child stays on the bus and returns to camp, and we call you. [Late pickup fee, if any.]</w:t>
      </w:r>
    </w:p>
    <w:p>
      <w:pPr>
        <w:pStyle w:val="Heading2"/>
      </w:pPr>
      <w:r>
        <w:t>Signature</w:t>
      </w:r>
    </w:p>
    <w:p>
      <w:r>
        <w:t>Parent or guardian printed name: _____________________________</w:t>
      </w:r>
    </w:p>
    <w:p>
      <w:r>
        <w:t>Parent or guardian signature: ________________________________</w:t>
      </w:r>
    </w:p>
    <w:p>
      <w:r>
        <w:t>Date: ________________________________________________________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 bus and transportation permission form</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