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store and spending money form</w:t>
      </w:r>
    </w:p>
    <w:p>
      <w:r>
        <w:t>Campers buy snacks and souvenirs from the camp store using their account, not cash. Leftover money is [refunded, donated or kept for next summer] unless you choose otherwise below.</w:t>
      </w:r>
    </w:p>
    <w:p>
      <w:pPr>
        <w:pStyle w:val="Heading2"/>
      </w:pPr>
      <w:r>
        <w:t>Camper</w:t>
      </w:r>
    </w:p>
    <w:p>
      <w:r>
        <w:t>Full name: ___________________________________________________</w:t>
      </w:r>
    </w:p>
    <w:p>
      <w:r>
        <w:t>Cabin or group: ______________________________________________</w:t>
      </w:r>
    </w:p>
    <w:p>
      <w:r>
        <w:t>Session: _____________________________________________________</w:t>
      </w:r>
    </w:p>
    <w:p>
      <w:pPr>
        <w:pStyle w:val="Heading2"/>
      </w:pPr>
      <w:r>
        <w:t>Deposit</w:t>
      </w:r>
    </w:p>
    <w:p>
      <w:r>
        <w:t>Amount deposited: ____________________________________________</w:t>
      </w:r>
    </w:p>
    <w:p>
      <w:r>
        <w:t>Daily spending limit (optional): _____________________________</w:t>
      </w:r>
    </w:p>
    <w:p>
      <w:pPr>
        <w:pStyle w:val="Heading2"/>
      </w:pPr>
      <w:r>
        <w:t>Limits</w:t>
      </w:r>
    </w:p>
    <w:p>
      <w:r>
        <w:t>Check anything your camper may NOT buy.</w:t>
      </w:r>
    </w:p>
    <w:p>
      <w:r>
        <w:t>☐  Snacks</w:t>
      </w:r>
    </w:p>
    <w:p>
      <w:r>
        <w:t>☐  Drinks</w:t>
      </w:r>
    </w:p>
    <w:p>
      <w:r>
        <w:t>☐  Souvenirs and clothing</w:t>
      </w:r>
    </w:p>
    <w:p>
      <w:r>
        <w:t>☐  Stamps and postcards</w:t>
      </w:r>
    </w:p>
    <w:p>
      <w:pPr>
        <w:pStyle w:val="Heading2"/>
      </w:pPr>
      <w:r>
        <w:t>Foods to avoid</w:t>
      </w:r>
    </w:p>
    <w:p>
      <w:r>
        <w:t>Foods to avoid (allergies or family rules): __________________</w:t>
      </w:r>
    </w:p>
    <w:p>
      <w:pPr>
        <w:pStyle w:val="Heading2"/>
      </w:pPr>
      <w:r>
        <w:t>Leftover money</w:t>
      </w:r>
    </w:p>
    <w:p>
      <w:r>
        <w:t>☐  Refund to me</w:t>
      </w:r>
    </w:p>
    <w:p>
      <w:r>
        <w:t>☐  Donate to the camp scholarship fund</w:t>
      </w:r>
    </w:p>
    <w:p>
      <w:r>
        <w:t>☐  Keep for next summer</w:t>
      </w:r>
    </w:p>
    <w:p>
      <w:pPr>
        <w:pStyle w:val="Heading2"/>
      </w:pPr>
      <w:r>
        <w:t>Signature</w:t>
      </w:r>
    </w:p>
    <w:p>
      <w:r>
        <w:t>Parent or guardian printed name: _____________________________</w:t>
      </w:r>
    </w:p>
    <w:p>
      <w:r>
        <w:t>Parent or guardian signature: 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store and spending money form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