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Camp staff evaluation form</w:t>
      </w:r>
    </w:p>
    <w:p>
      <w:r>
        <w:t>Use this halfway through the summer to help staff improve, and again at the end. Rate each item, then give examples. Go over it with the staff member in person.</w:t>
      </w:r>
    </w:p>
    <w:p>
      <w:pPr>
        <w:pStyle w:val="Heading2"/>
      </w:pPr>
      <w:r>
        <w:t>Staff member</w:t>
      </w:r>
    </w:p>
    <w:p>
      <w:r>
        <w:t>☐  Mid-summer review</w:t>
      </w:r>
    </w:p>
    <w:p>
      <w:r>
        <w:t>☐  End-of-summer review</w:t>
      </w:r>
    </w:p>
    <w:p>
      <w:r>
        <w:t>Name: ________________________________________________________</w:t>
      </w:r>
    </w:p>
    <w:p>
      <w:r>
        <w:t>Position: ____________________________________________________</w:t>
      </w:r>
    </w:p>
    <w:p>
      <w:r>
        <w:t>Group or cabin: ______________________________________________</w:t>
      </w:r>
    </w:p>
    <w:p>
      <w:r>
        <w:t>Reviewed by: _________________________________________________</w:t>
      </w:r>
    </w:p>
    <w:p>
      <w:r>
        <w:t>Date: ________________________________________________________</w:t>
      </w:r>
    </w:p>
    <w:p>
      <w:pPr>
        <w:pStyle w:val="Heading2"/>
      </w:pPr>
      <w:r>
        <w:t>Safety and supervision</w:t>
      </w:r>
    </w:p>
    <w:p>
      <w:r>
        <w:t>Knows where every camper is, does head counts, follows safety rules (1-3)</w:t>
        <w:br/>
        <w:t>______________________________________________________________________</w:t>
      </w:r>
    </w:p>
    <w:p>
      <w:r>
        <w:t>Example: _____________________________________________________</w:t>
      </w:r>
    </w:p>
    <w:p>
      <w:pPr>
        <w:pStyle w:val="Heading2"/>
      </w:pPr>
      <w:r>
        <w:t>Working with campers</w:t>
      </w:r>
    </w:p>
    <w:p>
      <w:r>
        <w:t>Kind, fair, includes every camper, handles behavior calmly (1-3)</w:t>
        <w:br/>
        <w:t>______________________________________________________________________</w:t>
      </w:r>
    </w:p>
    <w:p>
      <w:r>
        <w:t>Example: _____________________________________________________</w:t>
      </w:r>
    </w:p>
    <w:p>
      <w:pPr>
        <w:pStyle w:val="Heading2"/>
      </w:pPr>
      <w:r>
        <w:t>Teamwork and reliability</w:t>
      </w:r>
    </w:p>
    <w:p>
      <w:r>
        <w:t>On time, follows the schedule, helps other staff, takes feedback (1-3)</w:t>
        <w:br/>
        <w:t>______________________________________________________________________</w:t>
      </w:r>
    </w:p>
    <w:p>
      <w:r>
        <w:t>Example: _____________________________________________________</w:t>
      </w:r>
    </w:p>
    <w:p>
      <w:pPr>
        <w:pStyle w:val="Heading2"/>
      </w:pPr>
      <w:r>
        <w:t>Communication</w:t>
      </w:r>
    </w:p>
    <w:p>
      <w:r>
        <w:t>Tells the director about problems, talks with parents politely (1-3)</w:t>
        <w:br/>
        <w:t>______________________________________________________________________</w:t>
      </w:r>
    </w:p>
    <w:p>
      <w:r>
        <w:t>Example: _____________________________________________________</w:t>
      </w:r>
    </w:p>
    <w:p>
      <w:pPr>
        <w:pStyle w:val="Heading2"/>
      </w:pPr>
      <w:r>
        <w:t>Goals</w:t>
      </w:r>
    </w:p>
    <w:p>
      <w:r>
        <w:t>What they do well: ___________________________________________</w:t>
      </w:r>
    </w:p>
    <w:p>
      <w:r>
        <w:t>One or two goals for the rest of the summer: _________________</w:t>
      </w:r>
    </w:p>
    <w:p>
      <w:pPr>
        <w:pStyle w:val="Heading2"/>
      </w:pPr>
      <w:r>
        <w:t>End of summer</w:t>
      </w:r>
    </w:p>
    <w:p>
      <w:r>
        <w:t>☐  Would rehire</w:t>
      </w:r>
    </w:p>
    <w:p>
      <w:r>
        <w:t>☐  Would rehire with conditions</w:t>
      </w:r>
    </w:p>
    <w:p>
      <w:r>
        <w:t>☐  Would not rehire</w:t>
      </w:r>
    </w:p>
    <w:p>
      <w:r>
        <w:t>Notes: _______________________________________________________</w:t>
      </w:r>
    </w:p>
    <w:p>
      <w:pPr>
        <w:pStyle w:val="Heading2"/>
      </w:pPr>
      <w:r>
        <w:t>Signatures</w:t>
      </w:r>
    </w:p>
    <w:p>
      <w:r>
        <w:t>Staff member signature and date (signing means you've read it)</w:t>
        <w:br/>
        <w:t>______________________________________________________________________</w:t>
      </w:r>
    </w:p>
    <w:p>
      <w:r>
        <w:t>Reviewer signature and date: 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 staff evaluation form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