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staff application</w:t>
      </w:r>
    </w:p>
    <w:p>
      <w:r>
        <w:t>Thanks for applying to work at [camp name]. Please answer every question. We check references and run background checks on everyone we hire.</w:t>
      </w:r>
    </w:p>
    <w:p>
      <w:pPr>
        <w:pStyle w:val="Heading2"/>
      </w:pPr>
      <w:r>
        <w:t>About you</w:t>
      </w:r>
    </w:p>
    <w:p>
      <w:r>
        <w:t>Full name: ___________________________________________________</w:t>
      </w:r>
    </w:p>
    <w:p>
      <w:r>
        <w:t>Phone: _______________________________________________________</w:t>
      </w:r>
    </w:p>
    <w:p>
      <w:r>
        <w:t>Email: _______________________________________________________</w:t>
      </w:r>
    </w:p>
    <w:p>
      <w:r>
        <w:t>Address: _____________________________________________________</w:t>
      </w:r>
    </w:p>
    <w:p>
      <w:r>
        <w:t>Will you be at least [minimum age] by the first day of camp?</w:t>
        <w:br/>
        <w:t>______________________________________________________________________</w:t>
      </w:r>
    </w:p>
    <w:p>
      <w:pPr>
        <w:pStyle w:val="Heading2"/>
      </w:pPr>
      <w:r>
        <w:t>Position and dates</w:t>
      </w:r>
    </w:p>
    <w:p>
      <w:r>
        <w:t>☐  Counselor</w:t>
      </w:r>
    </w:p>
    <w:p>
      <w:r>
        <w:t>☐  Counselor in training</w:t>
      </w:r>
    </w:p>
    <w:p>
      <w:r>
        <w:t>☐  Lifeguard</w:t>
      </w:r>
    </w:p>
    <w:p>
      <w:r>
        <w:t>☐  Specialty instructor</w:t>
      </w:r>
    </w:p>
    <w:p>
      <w:r>
        <w:t>☐  Kitchen</w:t>
      </w:r>
    </w:p>
    <w:p>
      <w:r>
        <w:t>☐  Other</w:t>
      </w:r>
    </w:p>
    <w:p>
      <w:r>
        <w:t>Dates you can work: __________________________________________</w:t>
      </w:r>
    </w:p>
    <w:p>
      <w:r>
        <w:t>Dates you can't work (trips, classes): _______________________</w:t>
      </w:r>
    </w:p>
    <w:p>
      <w:pPr>
        <w:pStyle w:val="Heading2"/>
      </w:pPr>
      <w:r>
        <w:t>Experience with children</w:t>
      </w:r>
    </w:p>
    <w:p>
      <w:r>
        <w:t>Jobs or volunteering with children (where, when, ages)</w:t>
        <w:br/>
        <w:t>______________________________________________________________________</w:t>
      </w:r>
    </w:p>
    <w:p>
      <w:r>
        <w:t>Why you'd like to work at camp: ______________________________</w:t>
      </w:r>
    </w:p>
    <w:p>
      <w:r>
        <w:t>A skill you could teach or lead (sports, arts, music, nature, etc.)</w:t>
        <w:br/>
        <w:t>______________________________________________________________________</w:t>
      </w:r>
    </w:p>
    <w:p>
      <w:pPr>
        <w:pStyle w:val="Heading2"/>
      </w:pPr>
      <w:r>
        <w:t>Certifications</w:t>
      </w:r>
    </w:p>
    <w:p>
      <w:r>
        <w:t>☐  First aid</w:t>
      </w:r>
    </w:p>
    <w:p>
      <w:r>
        <w:t>☐  CPR</w:t>
      </w:r>
    </w:p>
    <w:p>
      <w:r>
        <w:t>☐  Lifeguard</w:t>
      </w:r>
    </w:p>
    <w:p>
      <w:r>
        <w:t>☐  Water safety instructor</w:t>
      </w:r>
    </w:p>
    <w:p>
      <w:r>
        <w:t>Expiration dates: ____________________________________________</w:t>
      </w:r>
    </w:p>
    <w:p>
      <w:r>
        <w:t>Driver's license (if the job includes driving)</w:t>
        <w:br/>
        <w:t>______________________________________________________________________</w:t>
      </w:r>
    </w:p>
    <w:p>
      <w:pPr>
        <w:pStyle w:val="Heading2"/>
      </w:pPr>
      <w:r>
        <w:t>School or work history</w:t>
      </w:r>
    </w:p>
    <w:p>
      <w:r>
        <w:t>School and year, or current job: _____________________________</w:t>
      </w:r>
    </w:p>
    <w:p>
      <w:r>
        <w:t>Past job 1 (employer, dates, duties): ________________________</w:t>
      </w:r>
    </w:p>
    <w:p>
      <w:r>
        <w:t>Past job 2 (employer, dates, duties): ________________________</w:t>
      </w:r>
    </w:p>
    <w:p>
      <w:pPr>
        <w:pStyle w:val="Heading2"/>
      </w:pPr>
      <w:r>
        <w:t>References</w:t>
      </w:r>
    </w:p>
    <w:p>
      <w:r>
        <w:t>Three people who aren't relatives, including at least one who has seen you work with children.</w:t>
      </w:r>
    </w:p>
    <w:p>
      <w:r>
        <w:t>1. Name, relationship, phone, email: _________________________</w:t>
      </w:r>
    </w:p>
    <w:p>
      <w:r>
        <w:t>2. Name, relationship, phone, email: _________________________</w:t>
      </w:r>
    </w:p>
    <w:p>
      <w:r>
        <w:t>3. Name, relationship, phone, email: _________________________</w:t>
      </w:r>
    </w:p>
    <w:p>
      <w:pPr>
        <w:pStyle w:val="Heading2"/>
      </w:pPr>
      <w:r>
        <w:t>Background check</w:t>
      </w:r>
    </w:p>
    <w:p>
      <w:r>
        <w:t>Background checks are required for this job. You'll get separate consent and disclosure forms.</w:t>
      </w:r>
    </w:p>
    <w:p>
      <w:r>
        <w:t>Have you ever been the subject of a substantiated report of child abuse or neglect, or been dismissed or asked to resign from a job or volunteer role with children? If yes, please explain. [Have a lawyer review this question for your state.]</w:t>
        <w:br/>
        <w:t>______________________________________________________________________</w:t>
      </w:r>
    </w:p>
    <w:p>
      <w:pPr>
        <w:pStyle w:val="Heading2"/>
      </w:pPr>
      <w:r>
        <w:t>Signature</w:t>
      </w:r>
    </w:p>
    <w:p>
      <w:r>
        <w:t>[Camp name] is an equal opportunity employer.</w:t>
      </w:r>
    </w:p>
    <w:p>
      <w:r>
        <w:t>I certify that my answers are true and give permission to contact my references. Applicant signature</w:t>
        <w:br/>
        <w:t>______________________________________________________________________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staff application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