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Camp packing list</w:t>
      </w:r>
    </w:p>
    <w:p>
      <w:r>
        <w:t>Please label everything with your child's first and last name. Items left in our lost and found are donated after [date or time].</w:t>
      </w:r>
    </w:p>
    <w:p>
      <w:pPr>
        <w:pStyle w:val="Heading2"/>
      </w:pPr>
      <w:r>
        <w:t>Every day</w:t>
      </w:r>
    </w:p>
    <w:p>
      <w:r>
        <w:t>☐  Backpack</w:t>
      </w:r>
    </w:p>
    <w:p>
      <w:r>
        <w:t>☐  Refillable water bottle</w:t>
      </w:r>
    </w:p>
    <w:p>
      <w:r>
        <w:t>☐  Lunch and two snacks, no glass [unless we provide meals]</w:t>
      </w:r>
    </w:p>
    <w:p>
      <w:r>
        <w:t>☐  Sunscreen, put on before drop-off, plus a bottle to reapply</w:t>
      </w:r>
    </w:p>
    <w:p>
      <w:r>
        <w:t>☐  Hat</w:t>
      </w:r>
    </w:p>
    <w:p>
      <w:r>
        <w:t>☐  Sneakers or other closed-toe shoes for running</w:t>
      </w:r>
    </w:p>
    <w:p>
      <w:r>
        <w:t>☐  Comfortable clothes that can get dirty</w:t>
      </w:r>
    </w:p>
    <w:p>
      <w:r>
        <w:t>☐  Any medicine your child needs during camp hours, handed to staff at drop-off in its original container with our medication form</w:t>
      </w:r>
    </w:p>
    <w:p>
      <w:r>
        <w:t>☐  Epinephrine auto-injector or inhaler, if your child has one, with our medication form (we'll tell you whether your child carries it or staff do)</w:t>
      </w:r>
    </w:p>
    <w:p>
      <w:pPr>
        <w:pStyle w:val="Heading2"/>
      </w:pPr>
      <w:r>
        <w:t>Swim days ([days])</w:t>
      </w:r>
    </w:p>
    <w:p>
      <w:r>
        <w:t>☐  Swimsuit (wearing it under clothes saves time)</w:t>
      </w:r>
    </w:p>
    <w:p>
      <w:r>
        <w:t>☐  Towel</w:t>
      </w:r>
    </w:p>
    <w:p>
      <w:r>
        <w:t>☐  Water shoes or sandals</w:t>
      </w:r>
    </w:p>
    <w:p>
      <w:r>
        <w:t>☐  Plastic bag for wet things</w:t>
      </w:r>
    </w:p>
    <w:p>
      <w:r>
        <w:t>☐  Goggles (optional)</w:t>
      </w:r>
    </w:p>
    <w:p>
      <w:pPr>
        <w:pStyle w:val="Heading2"/>
      </w:pPr>
      <w:r>
        <w:t>Good to have</w:t>
      </w:r>
    </w:p>
    <w:p>
      <w:r>
        <w:t>☐  Light rain jacket</w:t>
      </w:r>
    </w:p>
    <w:p>
      <w:r>
        <w:t>☐  Change of clothes, especially for younger campers</w:t>
      </w:r>
    </w:p>
    <w:p>
      <w:r>
        <w:t>☐  Bug spray (if you gave us permission to apply it)</w:t>
      </w:r>
    </w:p>
    <w:p>
      <w:pPr>
        <w:pStyle w:val="Heading2"/>
      </w:pPr>
      <w:r>
        <w:t>Overnight camp only</w:t>
      </w:r>
    </w:p>
    <w:p>
      <w:r>
        <w:t>☐  Sleeping bag, or sheets and a blanket for a [twin] bed</w:t>
      </w:r>
    </w:p>
    <w:p>
      <w:r>
        <w:t>☐  Pillow</w:t>
      </w:r>
    </w:p>
    <w:p>
      <w:r>
        <w:t>☐  Pajamas</w:t>
      </w:r>
    </w:p>
    <w:p>
      <w:r>
        <w:t>☐  Underwear and socks for each day, plus extras</w:t>
      </w:r>
    </w:p>
    <w:p>
      <w:r>
        <w:t>☐  Warm layer for cool nights</w:t>
      </w:r>
    </w:p>
    <w:p>
      <w:r>
        <w:t>☐  Toothbrush, toothpaste, soap and shampoo</w:t>
      </w:r>
    </w:p>
    <w:p>
      <w:r>
        <w:t>☐  Shower shoes and a towel</w:t>
      </w:r>
    </w:p>
    <w:p>
      <w:r>
        <w:t>☐  Flashlight with extra batteries</w:t>
      </w:r>
    </w:p>
    <w:p>
      <w:r>
        <w:t>☐  Laundry bag</w:t>
      </w:r>
    </w:p>
    <w:p>
      <w:r>
        <w:t>☐  Addressed, stamped envelopes for letters home</w:t>
      </w:r>
    </w:p>
    <w:p>
      <w:pPr>
        <w:pStyle w:val="Heading2"/>
      </w:pPr>
      <w:r>
        <w:t>Please leave at home</w:t>
      </w:r>
    </w:p>
    <w:p>
      <w:pPr>
        <w:pStyle w:val="ListBullet"/>
      </w:pPr>
      <w:r>
        <w:t>Phones, tablets, smartwatches and video games</w:t>
      </w:r>
    </w:p>
    <w:p>
      <w:pPr>
        <w:pStyle w:val="ListBullet"/>
      </w:pPr>
      <w:r>
        <w:t>Money and valuables, unless we ask for spending money</w:t>
      </w:r>
    </w:p>
    <w:p>
      <w:pPr>
        <w:pStyle w:val="ListBullet"/>
      </w:pPr>
      <w:r>
        <w:t>Toys and trading cards</w:t>
      </w:r>
    </w:p>
    <w:p>
      <w:pPr>
        <w:pStyle w:val="ListBullet"/>
      </w:pPr>
      <w:r>
        <w:t>Food with nuts [if we ask families not to send nuts]</w:t>
      </w:r>
    </w:p>
    <w:p>
      <w:pPr>
        <w:pStyle w:val="ListBullet"/>
      </w:pPr>
      <w:r>
        <w:t>Pocketknives or anything that looks like a weapon</w:t>
      </w:r>
    </w:p>
    <w:p>
      <w:pPr>
        <w:pStyle w:val="Heading2"/>
      </w:pPr>
      <w:r>
        <w:t>Questions</w:t>
      </w:r>
    </w:p>
    <w:p>
      <w:r>
        <w:t>Contact [name] at [phone or email].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packing list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