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Cabin and bunkmate request form</w:t>
      </w:r>
    </w:p>
    <w:p>
      <w:r>
        <w:t>We try to give each camper at least one requested friend in their cabin, but we can't promise every request. Both campers need to ask for each other. Requests are due by [date].</w:t>
      </w:r>
    </w:p>
    <w:p>
      <w:pPr>
        <w:pStyle w:val="Heading2"/>
      </w:pPr>
      <w:r>
        <w:t>Camper</w:t>
      </w:r>
    </w:p>
    <w:p>
      <w:r>
        <w:t>Full name: ___________________________________________________</w:t>
      </w:r>
    </w:p>
    <w:p>
      <w:r>
        <w:t>Age: _________________________________________________________</w:t>
      </w:r>
    </w:p>
    <w:p>
      <w:r>
        <w:t>Grade: _______________________________________________________</w:t>
      </w:r>
    </w:p>
    <w:p>
      <w:r>
        <w:t>Session: _____________________________________________________</w:t>
      </w:r>
    </w:p>
    <w:p>
      <w:pPr>
        <w:pStyle w:val="Heading2"/>
      </w:pPr>
      <w:r>
        <w:t>Bunkmate requests</w:t>
      </w:r>
    </w:p>
    <w:p>
      <w:r>
        <w:t>Friend 1 (full name): ________________________________________</w:t>
      </w:r>
    </w:p>
    <w:p>
      <w:r>
        <w:t>Friend 2 (full name): ________________________________________</w:t>
      </w:r>
    </w:p>
    <w:p>
      <w:pPr>
        <w:pStyle w:val="Heading2"/>
      </w:pPr>
      <w:r>
        <w:t>Sleeping</w:t>
      </w:r>
    </w:p>
    <w:p>
      <w:r>
        <w:t>☐  Needs a bottom bunk (please explain below)</w:t>
      </w:r>
    </w:p>
    <w:p>
      <w:r>
        <w:t>☐  Uses a sleep aid or medical device at night</w:t>
      </w:r>
    </w:p>
    <w:p>
      <w:r>
        <w:t>☐  Wets the bed sometimes (we handle this privately)</w:t>
      </w:r>
    </w:p>
    <w:p>
      <w:r>
        <w:t>☐  Sleepwalks</w:t>
      </w:r>
    </w:p>
    <w:p>
      <w:r>
        <w:t>Notes for the cabin counselor: _______________________________</w:t>
      </w:r>
    </w:p>
    <w:p>
      <w:pPr>
        <w:pStyle w:val="Heading2"/>
      </w:pPr>
      <w:r>
        <w:t>First time away?</w:t>
      </w:r>
    </w:p>
    <w:p>
      <w:r>
        <w:t>☐  This is my camper's first overnight camp</w:t>
      </w:r>
    </w:p>
    <w:p>
      <w:r>
        <w:t>What helps when they feel homesick: __________________________</w:t>
      </w:r>
    </w:p>
    <w:p>
      <w:pPr>
        <w:pStyle w:val="Heading2"/>
      </w:pPr>
      <w:r>
        <w:t>Signature</w:t>
      </w:r>
    </w:p>
    <w:p>
      <w:r>
        <w:t>Parent or guardian printed name: _____________________________</w:t>
      </w:r>
    </w:p>
    <w:p>
      <w:r>
        <w:t>Parent or guardian signature: 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Cabin and bunkmate request form</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